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1E1" w:rsidRPr="00D66791" w:rsidRDefault="000D2004">
      <w:pPr>
        <w:pStyle w:val="Ttulo1"/>
        <w:rPr>
          <w:rFonts w:ascii="Arial" w:hAnsi="Arial" w:cs="Arial"/>
          <w:sz w:val="32"/>
          <w:szCs w:val="32"/>
        </w:rPr>
      </w:pPr>
      <w:r w:rsidRPr="00D66791">
        <w:rPr>
          <w:rFonts w:ascii="Arial" w:hAnsi="Arial" w:cs="Arial"/>
          <w:sz w:val="32"/>
          <w:szCs w:val="32"/>
        </w:rPr>
        <w:t>Guía para autores de comunicaciones</w:t>
      </w:r>
    </w:p>
    <w:p w:rsidR="00D66791" w:rsidRDefault="00D66791">
      <w:pPr>
        <w:rPr>
          <w:rFonts w:ascii="Arial" w:hAnsi="Arial" w:cs="Arial"/>
          <w:sz w:val="22"/>
        </w:rPr>
      </w:pPr>
    </w:p>
    <w:p w:rsidR="006C5936" w:rsidRPr="00D66791" w:rsidRDefault="00A73A06" w:rsidP="00A73A0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El envío de las comunicaciones se realizará a través de </w:t>
      </w:r>
      <w:r w:rsidR="00D66791" w:rsidRPr="00D66791">
        <w:rPr>
          <w:rFonts w:ascii="Arial" w:hAnsi="Arial" w:cs="Arial"/>
          <w:sz w:val="22"/>
        </w:rPr>
        <w:t xml:space="preserve">la </w:t>
      </w:r>
      <w:r w:rsidR="00F5121F" w:rsidRPr="00D66791">
        <w:rPr>
          <w:rFonts w:ascii="Arial" w:hAnsi="Arial" w:cs="Arial"/>
          <w:sz w:val="22"/>
        </w:rPr>
        <w:t>página Web de la Sociedad de Calidad Asistencial de Castilla la Mancha</w:t>
      </w:r>
      <w:r w:rsidR="00EC3293">
        <w:rPr>
          <w:rFonts w:ascii="Arial" w:hAnsi="Arial" w:cs="Arial"/>
          <w:sz w:val="22"/>
        </w:rPr>
        <w:t xml:space="preserve"> en la página</w:t>
      </w:r>
      <w:r w:rsidR="00F5121F" w:rsidRPr="00D66791">
        <w:rPr>
          <w:rFonts w:ascii="Arial" w:hAnsi="Arial" w:cs="Arial"/>
          <w:sz w:val="22"/>
        </w:rPr>
        <w:t xml:space="preserve">: </w:t>
      </w:r>
      <w:hyperlink r:id="rId8" w:history="1">
        <w:r w:rsidR="006C5936" w:rsidRPr="00D66791">
          <w:rPr>
            <w:rStyle w:val="Hipervnculo"/>
            <w:rFonts w:ascii="Arial" w:hAnsi="Arial" w:cs="Arial"/>
            <w:sz w:val="22"/>
          </w:rPr>
          <w:t>https://www.calcam.es/</w:t>
        </w:r>
      </w:hyperlink>
      <w:r w:rsidR="006C5936" w:rsidRPr="00D66791">
        <w:rPr>
          <w:rFonts w:ascii="Arial" w:hAnsi="Arial" w:cs="Arial"/>
          <w:sz w:val="22"/>
        </w:rPr>
        <w:t xml:space="preserve"> </w:t>
      </w:r>
    </w:p>
    <w:p w:rsidR="00F22455" w:rsidRPr="00F22455" w:rsidRDefault="000D2004" w:rsidP="00F22455">
      <w:pPr>
        <w:pStyle w:val="Ttulo2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D66791">
        <w:rPr>
          <w:rFonts w:ascii="Arial" w:hAnsi="Arial" w:cs="Arial"/>
          <w:sz w:val="22"/>
          <w:szCs w:val="22"/>
        </w:rPr>
        <w:t>Requisitos de las comunicaciones</w:t>
      </w:r>
    </w:p>
    <w:p w:rsidR="00F22455" w:rsidRDefault="000D2004">
      <w:pPr>
        <w:rPr>
          <w:rFonts w:ascii="Arial" w:hAnsi="Arial" w:cs="Arial"/>
          <w:sz w:val="22"/>
        </w:rPr>
      </w:pPr>
      <w:r w:rsidRPr="00D66791">
        <w:rPr>
          <w:rFonts w:ascii="Arial" w:hAnsi="Arial" w:cs="Arial"/>
          <w:sz w:val="22"/>
        </w:rPr>
        <w:t>Se admiten dos tipos de comunicación y tres áreas t</w:t>
      </w:r>
      <w:r w:rsidR="00A73A06">
        <w:rPr>
          <w:rFonts w:ascii="Arial" w:hAnsi="Arial" w:cs="Arial"/>
          <w:sz w:val="22"/>
        </w:rPr>
        <w:t xml:space="preserve">emáticas, teniendo cada una de ella unos ítems diferentes, enviándose toda la información por el formulario sin documentos adjuntos. </w:t>
      </w:r>
    </w:p>
    <w:p w:rsidR="000641E1" w:rsidRPr="00D66791" w:rsidRDefault="000641E1">
      <w:pPr>
        <w:rPr>
          <w:rFonts w:ascii="Arial" w:hAnsi="Arial" w:cs="Arial"/>
          <w:sz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08"/>
        <w:gridCol w:w="6803"/>
      </w:tblGrid>
      <w:tr w:rsidR="000641E1" w:rsidRPr="00D66791">
        <w:tc>
          <w:tcPr>
            <w:tcW w:w="2608" w:type="dxa"/>
            <w:shd w:val="clear" w:color="auto" w:fill="1E2F55"/>
          </w:tcPr>
          <w:p w:rsidR="000641E1" w:rsidRPr="00D66791" w:rsidRDefault="000641E1">
            <w:pPr>
              <w:spacing w:after="40"/>
              <w:rPr>
                <w:rFonts w:ascii="Arial" w:hAnsi="Arial" w:cs="Arial"/>
                <w:sz w:val="22"/>
              </w:rPr>
            </w:pPr>
          </w:p>
        </w:tc>
        <w:tc>
          <w:tcPr>
            <w:tcW w:w="6803" w:type="dxa"/>
            <w:shd w:val="clear" w:color="auto" w:fill="1E2F55"/>
          </w:tcPr>
          <w:p w:rsidR="000641E1" w:rsidRPr="00D66791" w:rsidRDefault="000D2004">
            <w:pPr>
              <w:spacing w:after="40"/>
              <w:rPr>
                <w:rFonts w:ascii="Arial" w:hAnsi="Arial" w:cs="Arial"/>
                <w:sz w:val="22"/>
              </w:rPr>
            </w:pPr>
            <w:r w:rsidRPr="00D66791">
              <w:rPr>
                <w:rFonts w:ascii="Arial" w:hAnsi="Arial" w:cs="Arial"/>
                <w:b/>
                <w:color w:val="FFFFFF"/>
                <w:sz w:val="22"/>
              </w:rPr>
              <w:t>Requisito</w:t>
            </w:r>
          </w:p>
        </w:tc>
      </w:tr>
      <w:tr w:rsidR="000641E1" w:rsidRPr="00D66791">
        <w:tc>
          <w:tcPr>
            <w:tcW w:w="2608" w:type="dxa"/>
          </w:tcPr>
          <w:p w:rsidR="000641E1" w:rsidRPr="00F22455" w:rsidRDefault="000D2004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b/>
                <w:sz w:val="20"/>
                <w:szCs w:val="20"/>
              </w:rPr>
              <w:t>Tipo de comunicación</w:t>
            </w:r>
          </w:p>
        </w:tc>
        <w:tc>
          <w:tcPr>
            <w:tcW w:w="6803" w:type="dxa"/>
          </w:tcPr>
          <w:p w:rsidR="006C5936" w:rsidRPr="00F22455" w:rsidRDefault="006C5936" w:rsidP="006C5936">
            <w:pPr>
              <w:pStyle w:val="Prrafodelista"/>
              <w:numPr>
                <w:ilvl w:val="0"/>
                <w:numId w:val="11"/>
              </w:num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sz w:val="20"/>
                <w:szCs w:val="20"/>
              </w:rPr>
              <w:t xml:space="preserve">Comunicación científica </w:t>
            </w:r>
          </w:p>
          <w:p w:rsidR="000641E1" w:rsidRPr="00F22455" w:rsidRDefault="006C5936" w:rsidP="006C5936">
            <w:pPr>
              <w:pStyle w:val="Prrafodelista"/>
              <w:numPr>
                <w:ilvl w:val="0"/>
                <w:numId w:val="11"/>
              </w:num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sz w:val="20"/>
                <w:szCs w:val="20"/>
              </w:rPr>
              <w:t>C</w:t>
            </w:r>
            <w:r w:rsidR="000D2004" w:rsidRPr="00F22455">
              <w:rPr>
                <w:rFonts w:ascii="Arial" w:hAnsi="Arial" w:cs="Arial"/>
                <w:sz w:val="20"/>
                <w:szCs w:val="20"/>
              </w:rPr>
              <w:t>omunicación de experiencias</w:t>
            </w:r>
          </w:p>
        </w:tc>
      </w:tr>
      <w:tr w:rsidR="000641E1" w:rsidRPr="00D66791">
        <w:tc>
          <w:tcPr>
            <w:tcW w:w="2608" w:type="dxa"/>
          </w:tcPr>
          <w:p w:rsidR="000641E1" w:rsidRPr="00F22455" w:rsidRDefault="000D2004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b/>
                <w:sz w:val="20"/>
                <w:szCs w:val="20"/>
              </w:rPr>
              <w:t>Áreas temáticas</w:t>
            </w:r>
          </w:p>
        </w:tc>
        <w:tc>
          <w:tcPr>
            <w:tcW w:w="6803" w:type="dxa"/>
          </w:tcPr>
          <w:p w:rsidR="00230658" w:rsidRPr="00F22455" w:rsidRDefault="000D2004" w:rsidP="00230658">
            <w:pPr>
              <w:pStyle w:val="Prrafodelista"/>
              <w:numPr>
                <w:ilvl w:val="0"/>
                <w:numId w:val="10"/>
              </w:num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sz w:val="20"/>
                <w:szCs w:val="20"/>
              </w:rPr>
              <w:t>De Ate</w:t>
            </w:r>
            <w:r w:rsidR="00230658" w:rsidRPr="00F22455">
              <w:rPr>
                <w:rFonts w:ascii="Arial" w:hAnsi="Arial" w:cs="Arial"/>
                <w:sz w:val="20"/>
                <w:szCs w:val="20"/>
              </w:rPr>
              <w:t xml:space="preserve">nder Procesos a Mejorar Vidas </w:t>
            </w:r>
          </w:p>
          <w:p w:rsidR="00230658" w:rsidRPr="00F22455" w:rsidRDefault="000D2004" w:rsidP="00230658">
            <w:pPr>
              <w:pStyle w:val="Prrafodelista"/>
              <w:numPr>
                <w:ilvl w:val="0"/>
                <w:numId w:val="10"/>
              </w:num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sz w:val="20"/>
                <w:szCs w:val="20"/>
              </w:rPr>
              <w:t>Sostenibilidad y Responsabi</w:t>
            </w:r>
            <w:r w:rsidR="00230658" w:rsidRPr="00F22455">
              <w:rPr>
                <w:rFonts w:ascii="Arial" w:hAnsi="Arial" w:cs="Arial"/>
                <w:sz w:val="20"/>
                <w:szCs w:val="20"/>
              </w:rPr>
              <w:t xml:space="preserve">lidad en la Gestión Sanitaria </w:t>
            </w:r>
          </w:p>
          <w:p w:rsidR="000641E1" w:rsidRPr="00F22455" w:rsidRDefault="000D2004" w:rsidP="00230658">
            <w:pPr>
              <w:pStyle w:val="Prrafodelista"/>
              <w:numPr>
                <w:ilvl w:val="0"/>
                <w:numId w:val="10"/>
              </w:num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sz w:val="20"/>
                <w:szCs w:val="20"/>
              </w:rPr>
              <w:t>Datos, Tecnología y Comunicación para Generar Valor</w:t>
            </w:r>
          </w:p>
        </w:tc>
      </w:tr>
      <w:tr w:rsidR="000641E1" w:rsidRPr="00D66791">
        <w:tc>
          <w:tcPr>
            <w:tcW w:w="2608" w:type="dxa"/>
          </w:tcPr>
          <w:p w:rsidR="000641E1" w:rsidRPr="00F22455" w:rsidRDefault="000D2004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b/>
                <w:sz w:val="20"/>
                <w:szCs w:val="20"/>
              </w:rPr>
              <w:t>Resumen (obligatorio)</w:t>
            </w:r>
          </w:p>
        </w:tc>
        <w:tc>
          <w:tcPr>
            <w:tcW w:w="6803" w:type="dxa"/>
          </w:tcPr>
          <w:p w:rsidR="000641E1" w:rsidRPr="00F22455" w:rsidRDefault="000D2004" w:rsidP="006C5936">
            <w:pPr>
              <w:pStyle w:val="Prrafodelista"/>
              <w:numPr>
                <w:ilvl w:val="0"/>
                <w:numId w:val="12"/>
              </w:num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sz w:val="20"/>
                <w:szCs w:val="20"/>
              </w:rPr>
              <w:t>Máximo 500 palabras y 3.000 caracteres, sumando todos los apartados</w:t>
            </w:r>
            <w:r w:rsidR="006C5936" w:rsidRPr="00F22455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230658" w:rsidRPr="00F22455" w:rsidRDefault="00230658" w:rsidP="006C5936">
            <w:pPr>
              <w:pStyle w:val="Prrafodelista"/>
              <w:numPr>
                <w:ilvl w:val="0"/>
                <w:numId w:val="12"/>
              </w:num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sz w:val="20"/>
                <w:szCs w:val="20"/>
              </w:rPr>
              <w:t xml:space="preserve">No incluye las referencias bibliográficas </w:t>
            </w:r>
          </w:p>
        </w:tc>
      </w:tr>
      <w:tr w:rsidR="000641E1" w:rsidRPr="00D66791">
        <w:tc>
          <w:tcPr>
            <w:tcW w:w="2608" w:type="dxa"/>
          </w:tcPr>
          <w:p w:rsidR="000641E1" w:rsidRPr="00F22455" w:rsidRDefault="006C5936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b/>
                <w:sz w:val="20"/>
                <w:szCs w:val="20"/>
              </w:rPr>
              <w:t>Estructura Comunicación C</w:t>
            </w:r>
            <w:r w:rsidR="000D2004" w:rsidRPr="00F22455">
              <w:rPr>
                <w:rFonts w:ascii="Arial" w:hAnsi="Arial" w:cs="Arial"/>
                <w:b/>
                <w:sz w:val="20"/>
                <w:szCs w:val="20"/>
              </w:rPr>
              <w:t>ientífica</w:t>
            </w:r>
          </w:p>
        </w:tc>
        <w:tc>
          <w:tcPr>
            <w:tcW w:w="6803" w:type="dxa"/>
          </w:tcPr>
          <w:p w:rsidR="000641E1" w:rsidRPr="00F22455" w:rsidRDefault="000D2004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sz w:val="20"/>
                <w:szCs w:val="20"/>
              </w:rPr>
              <w:t>Introducción, Objetivos, Metodología, Resultados y Discusión/Conclusiones</w:t>
            </w:r>
          </w:p>
        </w:tc>
      </w:tr>
      <w:tr w:rsidR="000641E1" w:rsidRPr="00D66791">
        <w:tc>
          <w:tcPr>
            <w:tcW w:w="2608" w:type="dxa"/>
          </w:tcPr>
          <w:p w:rsidR="000641E1" w:rsidRPr="00F22455" w:rsidRDefault="000D2004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b/>
                <w:sz w:val="20"/>
                <w:szCs w:val="20"/>
              </w:rPr>
              <w:t xml:space="preserve">Estructura </w:t>
            </w:r>
            <w:r w:rsidR="006C5936" w:rsidRPr="00F22455">
              <w:rPr>
                <w:rFonts w:ascii="Arial" w:hAnsi="Arial" w:cs="Arial"/>
                <w:b/>
                <w:sz w:val="20"/>
                <w:szCs w:val="20"/>
              </w:rPr>
              <w:t xml:space="preserve"> Comunicación  de E</w:t>
            </w:r>
            <w:r w:rsidRPr="00F22455">
              <w:rPr>
                <w:rFonts w:ascii="Arial" w:hAnsi="Arial" w:cs="Arial"/>
                <w:b/>
                <w:sz w:val="20"/>
                <w:szCs w:val="20"/>
              </w:rPr>
              <w:t>xperiencias</w:t>
            </w:r>
          </w:p>
        </w:tc>
        <w:tc>
          <w:tcPr>
            <w:tcW w:w="6803" w:type="dxa"/>
          </w:tcPr>
          <w:p w:rsidR="000641E1" w:rsidRPr="00F22455" w:rsidRDefault="000D2004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sz w:val="20"/>
                <w:szCs w:val="20"/>
              </w:rPr>
              <w:t>Problema detectado, Objetivo de la experiencia, Intervención/actuación realizada, Evaluación y resultados, Lecciones aprendidas y Aplicabilidad y sostenibilidad</w:t>
            </w:r>
          </w:p>
        </w:tc>
      </w:tr>
      <w:tr w:rsidR="000641E1" w:rsidRPr="00D66791">
        <w:tc>
          <w:tcPr>
            <w:tcW w:w="2608" w:type="dxa"/>
          </w:tcPr>
          <w:p w:rsidR="000641E1" w:rsidRPr="00F22455" w:rsidRDefault="000D2004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b/>
                <w:sz w:val="20"/>
                <w:szCs w:val="20"/>
              </w:rPr>
              <w:t>Bibliografía</w:t>
            </w:r>
          </w:p>
        </w:tc>
        <w:tc>
          <w:tcPr>
            <w:tcW w:w="6803" w:type="dxa"/>
          </w:tcPr>
          <w:p w:rsidR="000641E1" w:rsidRPr="00F22455" w:rsidRDefault="006C5936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sz w:val="20"/>
                <w:szCs w:val="20"/>
              </w:rPr>
              <w:t>Opcional. M</w:t>
            </w:r>
            <w:r w:rsidR="000D2004" w:rsidRPr="00F22455">
              <w:rPr>
                <w:rFonts w:ascii="Arial" w:hAnsi="Arial" w:cs="Arial"/>
                <w:sz w:val="20"/>
                <w:szCs w:val="20"/>
              </w:rPr>
              <w:t>áximo 200 palabras</w:t>
            </w:r>
          </w:p>
        </w:tc>
      </w:tr>
      <w:tr w:rsidR="000641E1" w:rsidRPr="00D66791">
        <w:tc>
          <w:tcPr>
            <w:tcW w:w="2608" w:type="dxa"/>
          </w:tcPr>
          <w:p w:rsidR="000641E1" w:rsidRPr="00F22455" w:rsidRDefault="000D2004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b/>
                <w:sz w:val="20"/>
                <w:szCs w:val="20"/>
              </w:rPr>
              <w:t>Palabras clave</w:t>
            </w:r>
          </w:p>
        </w:tc>
        <w:tc>
          <w:tcPr>
            <w:tcW w:w="6803" w:type="dxa"/>
          </w:tcPr>
          <w:p w:rsidR="000641E1" w:rsidRPr="00F22455" w:rsidRDefault="000D2004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sz w:val="20"/>
                <w:szCs w:val="20"/>
              </w:rPr>
              <w:t>Separadas por comas</w:t>
            </w:r>
          </w:p>
        </w:tc>
      </w:tr>
      <w:tr w:rsidR="000641E1" w:rsidRPr="00D66791">
        <w:tc>
          <w:tcPr>
            <w:tcW w:w="2608" w:type="dxa"/>
          </w:tcPr>
          <w:p w:rsidR="000641E1" w:rsidRPr="00F22455" w:rsidRDefault="000D2004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b/>
                <w:sz w:val="20"/>
                <w:szCs w:val="20"/>
              </w:rPr>
              <w:t>Autor/a de contacto</w:t>
            </w:r>
          </w:p>
        </w:tc>
        <w:tc>
          <w:tcPr>
            <w:tcW w:w="6803" w:type="dxa"/>
          </w:tcPr>
          <w:p w:rsidR="000641E1" w:rsidRPr="00F22455" w:rsidRDefault="000D2004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sz w:val="20"/>
                <w:szCs w:val="20"/>
              </w:rPr>
              <w:t>Nombre, apellidos, DNI/NIE, correo electrónico, comunidad autónoma y centro/hospital</w:t>
            </w:r>
          </w:p>
        </w:tc>
      </w:tr>
      <w:tr w:rsidR="000641E1" w:rsidRPr="00D66791">
        <w:tc>
          <w:tcPr>
            <w:tcW w:w="2608" w:type="dxa"/>
          </w:tcPr>
          <w:p w:rsidR="000641E1" w:rsidRPr="00F22455" w:rsidRDefault="000D2004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b/>
                <w:sz w:val="20"/>
                <w:szCs w:val="20"/>
              </w:rPr>
              <w:t>Coautores/as</w:t>
            </w:r>
          </w:p>
        </w:tc>
        <w:tc>
          <w:tcPr>
            <w:tcW w:w="6803" w:type="dxa"/>
          </w:tcPr>
          <w:p w:rsidR="000641E1" w:rsidRPr="00F22455" w:rsidRDefault="000D2004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sz w:val="20"/>
                <w:szCs w:val="20"/>
              </w:rPr>
              <w:t>Máximo 6</w:t>
            </w:r>
          </w:p>
        </w:tc>
      </w:tr>
      <w:tr w:rsidR="006C5936" w:rsidRPr="00D66791">
        <w:tc>
          <w:tcPr>
            <w:tcW w:w="2608" w:type="dxa"/>
          </w:tcPr>
          <w:p w:rsidR="006C5936" w:rsidRPr="00F22455" w:rsidRDefault="006C5936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F22455">
              <w:rPr>
                <w:rFonts w:ascii="Arial" w:hAnsi="Arial" w:cs="Arial"/>
                <w:b/>
                <w:sz w:val="20"/>
                <w:szCs w:val="20"/>
              </w:rPr>
              <w:t xml:space="preserve">Autor principal </w:t>
            </w:r>
          </w:p>
        </w:tc>
        <w:tc>
          <w:tcPr>
            <w:tcW w:w="6803" w:type="dxa"/>
          </w:tcPr>
          <w:p w:rsidR="006C5936" w:rsidRPr="00F22455" w:rsidRDefault="006C5936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sz w:val="20"/>
                <w:szCs w:val="20"/>
              </w:rPr>
              <w:t xml:space="preserve">Máximo 2 comunicaciones como autor principal </w:t>
            </w:r>
          </w:p>
        </w:tc>
      </w:tr>
    </w:tbl>
    <w:p w:rsidR="000641E1" w:rsidRPr="00D66791" w:rsidRDefault="000641E1">
      <w:pPr>
        <w:spacing w:after="40"/>
        <w:rPr>
          <w:rFonts w:ascii="Arial" w:hAnsi="Arial" w:cs="Arial"/>
          <w:sz w:val="22"/>
        </w:rPr>
      </w:pPr>
    </w:p>
    <w:p w:rsidR="000641E1" w:rsidRPr="00D66791" w:rsidRDefault="000D2004" w:rsidP="00F22455">
      <w:pPr>
        <w:jc w:val="both"/>
        <w:rPr>
          <w:rFonts w:ascii="Arial" w:hAnsi="Arial" w:cs="Arial"/>
          <w:sz w:val="22"/>
        </w:rPr>
      </w:pPr>
      <w:r w:rsidRPr="00D66791">
        <w:rPr>
          <w:rFonts w:ascii="Arial" w:hAnsi="Arial" w:cs="Arial"/>
          <w:sz w:val="22"/>
        </w:rPr>
        <w:t>Si su centro no aparece en el desplegable, elija la opción «Mi centro no aparece</w:t>
      </w:r>
      <w:r w:rsidR="006C5936" w:rsidRPr="00D66791">
        <w:rPr>
          <w:rFonts w:ascii="Arial" w:hAnsi="Arial" w:cs="Arial"/>
          <w:sz w:val="22"/>
        </w:rPr>
        <w:t xml:space="preserve"> en la lista» </w:t>
      </w:r>
      <w:r w:rsidR="00F22455">
        <w:rPr>
          <w:rFonts w:ascii="Arial" w:hAnsi="Arial" w:cs="Arial"/>
          <w:sz w:val="22"/>
        </w:rPr>
        <w:t xml:space="preserve">para añadirlo. </w:t>
      </w:r>
    </w:p>
    <w:p w:rsidR="000641E1" w:rsidRPr="00D66791" w:rsidRDefault="00A73A06" w:rsidP="00F22455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El autor/a de contacto</w:t>
      </w:r>
      <w:r w:rsidR="000D2004" w:rsidRPr="00D66791">
        <w:rPr>
          <w:rFonts w:ascii="Arial" w:hAnsi="Arial" w:cs="Arial"/>
          <w:sz w:val="22"/>
        </w:rPr>
        <w:t xml:space="preserve"> será quien reciba las notificaciones y suba la presentación si la comunicación se acepta. La evaluación es ciega: los evaluadores no ven el nombre de los autores n</w:t>
      </w:r>
      <w:r w:rsidR="006C5936" w:rsidRPr="00D66791">
        <w:rPr>
          <w:rFonts w:ascii="Arial" w:hAnsi="Arial" w:cs="Arial"/>
          <w:sz w:val="22"/>
        </w:rPr>
        <w:t xml:space="preserve">i su centro, por lo que no debería </w:t>
      </w:r>
      <w:r w:rsidR="00F22455">
        <w:rPr>
          <w:rFonts w:ascii="Arial" w:hAnsi="Arial" w:cs="Arial"/>
          <w:sz w:val="22"/>
        </w:rPr>
        <w:t>incluirlo</w:t>
      </w:r>
      <w:r w:rsidR="000D2004" w:rsidRPr="00D66791">
        <w:rPr>
          <w:rFonts w:ascii="Arial" w:hAnsi="Arial" w:cs="Arial"/>
          <w:sz w:val="22"/>
        </w:rPr>
        <w:t xml:space="preserve"> dentro del texto del resumen.</w:t>
      </w:r>
    </w:p>
    <w:p w:rsidR="006C5936" w:rsidRPr="00D66791" w:rsidRDefault="00A73A06" w:rsidP="00F22455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Al enviar la comunicación,</w:t>
      </w:r>
      <w:r w:rsidR="000D2004" w:rsidRPr="00D66791">
        <w:rPr>
          <w:rFonts w:ascii="Arial" w:hAnsi="Arial" w:cs="Arial"/>
          <w:sz w:val="22"/>
        </w:rPr>
        <w:t xml:space="preserve"> la pantalla de confirmación muestra el número de registro d</w:t>
      </w:r>
      <w:r w:rsidR="001622AE" w:rsidRPr="00D66791">
        <w:rPr>
          <w:rFonts w:ascii="Arial" w:hAnsi="Arial" w:cs="Arial"/>
          <w:sz w:val="22"/>
        </w:rPr>
        <w:t xml:space="preserve">e la comunicación (guárdelo, lo </w:t>
      </w:r>
      <w:r w:rsidR="000D2004" w:rsidRPr="00D66791">
        <w:rPr>
          <w:rFonts w:ascii="Arial" w:hAnsi="Arial" w:cs="Arial"/>
          <w:sz w:val="22"/>
        </w:rPr>
        <w:t>necesita</w:t>
      </w:r>
      <w:r w:rsidR="001622AE" w:rsidRPr="00D66791">
        <w:rPr>
          <w:rFonts w:ascii="Arial" w:hAnsi="Arial" w:cs="Arial"/>
          <w:sz w:val="22"/>
        </w:rPr>
        <w:t xml:space="preserve">rá </w:t>
      </w:r>
      <w:r w:rsidR="000D2004" w:rsidRPr="00D66791">
        <w:rPr>
          <w:rFonts w:ascii="Arial" w:hAnsi="Arial" w:cs="Arial"/>
          <w:sz w:val="22"/>
        </w:rPr>
        <w:t>después</w:t>
      </w:r>
      <w:r w:rsidR="001622AE" w:rsidRPr="00D66791">
        <w:rPr>
          <w:rFonts w:ascii="Arial" w:hAnsi="Arial" w:cs="Arial"/>
          <w:sz w:val="22"/>
        </w:rPr>
        <w:t xml:space="preserve"> si su comunicación es aceptada</w:t>
      </w:r>
      <w:r w:rsidR="000D2004" w:rsidRPr="00D66791">
        <w:rPr>
          <w:rFonts w:ascii="Arial" w:hAnsi="Arial" w:cs="Arial"/>
          <w:sz w:val="22"/>
        </w:rPr>
        <w:t xml:space="preserve">). </w:t>
      </w:r>
    </w:p>
    <w:p w:rsidR="000641E1" w:rsidRPr="00D66791" w:rsidRDefault="000D2004" w:rsidP="00F22455">
      <w:pPr>
        <w:jc w:val="both"/>
        <w:rPr>
          <w:rFonts w:ascii="Arial" w:hAnsi="Arial" w:cs="Arial"/>
          <w:sz w:val="22"/>
        </w:rPr>
      </w:pPr>
      <w:r w:rsidRPr="00D66791">
        <w:rPr>
          <w:rFonts w:ascii="Arial" w:hAnsi="Arial" w:cs="Arial"/>
          <w:sz w:val="22"/>
        </w:rPr>
        <w:t xml:space="preserve">Puede descargar el registro en PDF y, si lo desea, </w:t>
      </w:r>
      <w:r w:rsidR="00A73A06">
        <w:rPr>
          <w:rFonts w:ascii="Arial" w:hAnsi="Arial" w:cs="Arial"/>
          <w:sz w:val="22"/>
        </w:rPr>
        <w:t xml:space="preserve">puede </w:t>
      </w:r>
      <w:r w:rsidRPr="00D66791">
        <w:rPr>
          <w:rFonts w:ascii="Arial" w:hAnsi="Arial" w:cs="Arial"/>
          <w:sz w:val="22"/>
        </w:rPr>
        <w:t>abrir su gestor de correo para env</w:t>
      </w:r>
      <w:r w:rsidR="001622AE" w:rsidRPr="00D66791">
        <w:rPr>
          <w:rFonts w:ascii="Arial" w:hAnsi="Arial" w:cs="Arial"/>
          <w:sz w:val="22"/>
        </w:rPr>
        <w:t>iar una copia a la organización</w:t>
      </w:r>
      <w:r w:rsidR="00F22455">
        <w:rPr>
          <w:rFonts w:ascii="Arial" w:hAnsi="Arial" w:cs="Arial"/>
          <w:sz w:val="22"/>
        </w:rPr>
        <w:t xml:space="preserve"> desde su correo electrónico</w:t>
      </w:r>
      <w:r w:rsidR="001622AE" w:rsidRPr="00D66791">
        <w:rPr>
          <w:rFonts w:ascii="Arial" w:hAnsi="Arial" w:cs="Arial"/>
          <w:sz w:val="22"/>
        </w:rPr>
        <w:t xml:space="preserve">. </w:t>
      </w:r>
    </w:p>
    <w:p w:rsidR="00F22455" w:rsidRPr="00F22455" w:rsidRDefault="000D2004" w:rsidP="00F22455">
      <w:pPr>
        <w:pStyle w:val="Ttulo2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D66791">
        <w:rPr>
          <w:rFonts w:ascii="Arial" w:hAnsi="Arial" w:cs="Arial"/>
          <w:sz w:val="22"/>
          <w:szCs w:val="22"/>
        </w:rPr>
        <w:t>Plazos</w:t>
      </w:r>
    </w:p>
    <w:p w:rsidR="00230658" w:rsidRDefault="001622AE" w:rsidP="00F22455">
      <w:pPr>
        <w:jc w:val="both"/>
        <w:rPr>
          <w:rFonts w:ascii="Arial" w:hAnsi="Arial" w:cs="Arial"/>
          <w:sz w:val="22"/>
        </w:rPr>
      </w:pPr>
      <w:r w:rsidRPr="00D66791">
        <w:rPr>
          <w:rFonts w:ascii="Arial" w:hAnsi="Arial" w:cs="Arial"/>
          <w:sz w:val="22"/>
        </w:rPr>
        <w:t xml:space="preserve">La </w:t>
      </w:r>
      <w:r w:rsidR="000D2004" w:rsidRPr="00D66791">
        <w:rPr>
          <w:rFonts w:ascii="Arial" w:hAnsi="Arial" w:cs="Arial"/>
          <w:sz w:val="22"/>
        </w:rPr>
        <w:t xml:space="preserve">fecha límite de envío de comunicaciones es el </w:t>
      </w:r>
      <w:r w:rsidR="00021E50">
        <w:rPr>
          <w:rFonts w:ascii="Arial" w:hAnsi="Arial" w:cs="Arial"/>
          <w:b/>
          <w:color w:val="1F7A68"/>
          <w:sz w:val="22"/>
        </w:rPr>
        <w:t xml:space="preserve">21 </w:t>
      </w:r>
      <w:r w:rsidR="000D2004" w:rsidRPr="00A73A06">
        <w:rPr>
          <w:rFonts w:ascii="Arial" w:hAnsi="Arial" w:cs="Arial"/>
          <w:b/>
          <w:color w:val="1F7A68"/>
          <w:sz w:val="22"/>
        </w:rPr>
        <w:t xml:space="preserve">de noviembre de </w:t>
      </w:r>
      <w:r w:rsidR="00230658" w:rsidRPr="00A73A06">
        <w:rPr>
          <w:rFonts w:ascii="Arial" w:hAnsi="Arial" w:cs="Arial"/>
          <w:b/>
          <w:color w:val="1F7A68"/>
          <w:sz w:val="22"/>
        </w:rPr>
        <w:t>2026</w:t>
      </w:r>
      <w:r w:rsidR="00A73A06">
        <w:rPr>
          <w:rFonts w:ascii="Arial" w:hAnsi="Arial" w:cs="Arial"/>
          <w:sz w:val="22"/>
        </w:rPr>
        <w:t>. S</w:t>
      </w:r>
      <w:r w:rsidR="00230658" w:rsidRPr="00D66791">
        <w:rPr>
          <w:rFonts w:ascii="Arial" w:hAnsi="Arial" w:cs="Arial"/>
          <w:sz w:val="22"/>
        </w:rPr>
        <w:t xml:space="preserve">i hubiera alguna prórroga </w:t>
      </w:r>
      <w:r w:rsidR="00941741" w:rsidRPr="00941741">
        <w:rPr>
          <w:rFonts w:ascii="Arial" w:hAnsi="Arial" w:cs="Arial"/>
          <w:sz w:val="22"/>
        </w:rPr>
        <w:t>se comunicará por correo electr</w:t>
      </w:r>
      <w:r w:rsidR="00941741">
        <w:rPr>
          <w:rFonts w:ascii="Arial" w:hAnsi="Arial" w:cs="Arial"/>
          <w:sz w:val="22"/>
        </w:rPr>
        <w:t>ónico a los autores de contacto.</w:t>
      </w:r>
    </w:p>
    <w:p w:rsidR="00F22455" w:rsidRPr="00D66791" w:rsidRDefault="00F22455" w:rsidP="00F22455">
      <w:pPr>
        <w:jc w:val="both"/>
        <w:rPr>
          <w:rFonts w:ascii="Arial" w:hAnsi="Arial" w:cs="Arial"/>
          <w:sz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576"/>
        <w:gridCol w:w="2835"/>
      </w:tblGrid>
      <w:tr w:rsidR="000641E1" w:rsidRPr="00D66791" w:rsidTr="00230658">
        <w:trPr>
          <w:tblHeader/>
        </w:trPr>
        <w:tc>
          <w:tcPr>
            <w:tcW w:w="6576" w:type="dxa"/>
            <w:shd w:val="clear" w:color="auto" w:fill="1E2F55"/>
          </w:tcPr>
          <w:p w:rsidR="000641E1" w:rsidRPr="00D66791" w:rsidRDefault="000D2004">
            <w:pPr>
              <w:spacing w:after="40"/>
              <w:rPr>
                <w:rFonts w:ascii="Arial" w:hAnsi="Arial" w:cs="Arial"/>
                <w:sz w:val="22"/>
              </w:rPr>
            </w:pPr>
            <w:r w:rsidRPr="00D66791">
              <w:rPr>
                <w:rFonts w:ascii="Arial" w:hAnsi="Arial" w:cs="Arial"/>
                <w:b/>
                <w:color w:val="FFFFFF"/>
                <w:sz w:val="22"/>
              </w:rPr>
              <w:t>Hito</w:t>
            </w:r>
          </w:p>
        </w:tc>
        <w:tc>
          <w:tcPr>
            <w:tcW w:w="2835" w:type="dxa"/>
            <w:shd w:val="clear" w:color="auto" w:fill="1E2F55"/>
          </w:tcPr>
          <w:p w:rsidR="000641E1" w:rsidRPr="00D66791" w:rsidRDefault="000D2004">
            <w:pPr>
              <w:spacing w:after="40"/>
              <w:rPr>
                <w:rFonts w:ascii="Arial" w:hAnsi="Arial" w:cs="Arial"/>
                <w:sz w:val="22"/>
              </w:rPr>
            </w:pPr>
            <w:r w:rsidRPr="00D66791">
              <w:rPr>
                <w:rFonts w:ascii="Arial" w:hAnsi="Arial" w:cs="Arial"/>
                <w:b/>
                <w:color w:val="FFFFFF"/>
                <w:sz w:val="22"/>
              </w:rPr>
              <w:t>Fecha</w:t>
            </w:r>
          </w:p>
        </w:tc>
      </w:tr>
      <w:tr w:rsidR="000641E1" w:rsidRPr="00D66791">
        <w:tc>
          <w:tcPr>
            <w:tcW w:w="6576" w:type="dxa"/>
          </w:tcPr>
          <w:p w:rsidR="000641E1" w:rsidRPr="00F22455" w:rsidRDefault="000D2004" w:rsidP="00230658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b/>
                <w:sz w:val="20"/>
                <w:szCs w:val="20"/>
              </w:rPr>
              <w:t xml:space="preserve">Fecha límite de envío de comunicaciones </w:t>
            </w:r>
          </w:p>
        </w:tc>
        <w:tc>
          <w:tcPr>
            <w:tcW w:w="2835" w:type="dxa"/>
          </w:tcPr>
          <w:p w:rsidR="000641E1" w:rsidRPr="00A73A06" w:rsidRDefault="00021E50" w:rsidP="00F22455">
            <w:pPr>
              <w:spacing w:after="40"/>
              <w:jc w:val="center"/>
              <w:rPr>
                <w:rFonts w:ascii="Arial" w:hAnsi="Arial" w:cs="Arial"/>
                <w:b/>
                <w:color w:val="1F7A68"/>
                <w:sz w:val="22"/>
              </w:rPr>
            </w:pPr>
            <w:r>
              <w:rPr>
                <w:rFonts w:ascii="Arial" w:hAnsi="Arial" w:cs="Arial"/>
                <w:b/>
                <w:color w:val="1F7A68"/>
                <w:sz w:val="22"/>
              </w:rPr>
              <w:t>21</w:t>
            </w:r>
            <w:bookmarkStart w:id="0" w:name="_GoBack"/>
            <w:bookmarkEnd w:id="0"/>
            <w:r w:rsidR="000D2004" w:rsidRPr="00A73A06">
              <w:rPr>
                <w:rFonts w:ascii="Arial" w:hAnsi="Arial" w:cs="Arial"/>
                <w:b/>
                <w:color w:val="1F7A68"/>
                <w:sz w:val="22"/>
              </w:rPr>
              <w:t>/11/2026</w:t>
            </w:r>
          </w:p>
        </w:tc>
      </w:tr>
      <w:tr w:rsidR="000641E1" w:rsidRPr="00D66791">
        <w:tc>
          <w:tcPr>
            <w:tcW w:w="6576" w:type="dxa"/>
          </w:tcPr>
          <w:p w:rsidR="001622AE" w:rsidRPr="00F22455" w:rsidRDefault="000D2004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F22455">
              <w:rPr>
                <w:rFonts w:ascii="Arial" w:hAnsi="Arial" w:cs="Arial"/>
                <w:b/>
                <w:sz w:val="20"/>
                <w:szCs w:val="20"/>
              </w:rPr>
              <w:t xml:space="preserve">Comunicación del resultado de la evaluación </w:t>
            </w:r>
          </w:p>
          <w:p w:rsidR="000641E1" w:rsidRPr="00F22455" w:rsidRDefault="000D2004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b/>
                <w:sz w:val="20"/>
                <w:szCs w:val="20"/>
              </w:rPr>
              <w:t>(correo al autor/a de contacto)</w:t>
            </w:r>
          </w:p>
        </w:tc>
        <w:tc>
          <w:tcPr>
            <w:tcW w:w="2835" w:type="dxa"/>
          </w:tcPr>
          <w:p w:rsidR="000641E1" w:rsidRPr="00A73A06" w:rsidRDefault="00B60314" w:rsidP="00F22455">
            <w:pPr>
              <w:spacing w:after="40"/>
              <w:jc w:val="center"/>
              <w:rPr>
                <w:rFonts w:ascii="Arial" w:hAnsi="Arial" w:cs="Arial"/>
                <w:b/>
                <w:color w:val="1F7A68"/>
                <w:sz w:val="22"/>
              </w:rPr>
            </w:pPr>
            <w:r w:rsidRPr="00A73A06">
              <w:rPr>
                <w:rFonts w:ascii="Arial" w:hAnsi="Arial" w:cs="Arial"/>
                <w:b/>
                <w:color w:val="1F7A68"/>
                <w:sz w:val="22"/>
              </w:rPr>
              <w:t>18/12/2026</w:t>
            </w:r>
          </w:p>
        </w:tc>
      </w:tr>
      <w:tr w:rsidR="000641E1" w:rsidRPr="00D66791">
        <w:tc>
          <w:tcPr>
            <w:tcW w:w="6576" w:type="dxa"/>
          </w:tcPr>
          <w:p w:rsidR="000641E1" w:rsidRPr="00F22455" w:rsidRDefault="000D2004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b/>
                <w:sz w:val="20"/>
                <w:szCs w:val="20"/>
              </w:rPr>
              <w:t>Apertura del área «Comunicaciones aceptadas» para subir la presentación</w:t>
            </w:r>
          </w:p>
        </w:tc>
        <w:tc>
          <w:tcPr>
            <w:tcW w:w="2835" w:type="dxa"/>
          </w:tcPr>
          <w:p w:rsidR="000641E1" w:rsidRPr="00A73A06" w:rsidRDefault="00B60314" w:rsidP="00F22455">
            <w:pPr>
              <w:spacing w:after="40"/>
              <w:jc w:val="center"/>
              <w:rPr>
                <w:rFonts w:ascii="Arial" w:hAnsi="Arial" w:cs="Arial"/>
                <w:b/>
                <w:color w:val="1F7A68"/>
                <w:sz w:val="22"/>
                <w:highlight w:val="yellow"/>
              </w:rPr>
            </w:pPr>
            <w:r w:rsidRPr="00A73A06">
              <w:rPr>
                <w:rFonts w:ascii="Arial" w:hAnsi="Arial" w:cs="Arial"/>
                <w:b/>
                <w:color w:val="1F7A68"/>
                <w:sz w:val="22"/>
              </w:rPr>
              <w:t>18/12/2026</w:t>
            </w:r>
          </w:p>
        </w:tc>
      </w:tr>
      <w:tr w:rsidR="000641E1" w:rsidRPr="00D66791">
        <w:tc>
          <w:tcPr>
            <w:tcW w:w="6576" w:type="dxa"/>
          </w:tcPr>
          <w:p w:rsidR="000641E1" w:rsidRPr="00F22455" w:rsidRDefault="000D2004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b/>
                <w:sz w:val="20"/>
                <w:szCs w:val="20"/>
              </w:rPr>
              <w:t>Fecha límite para subir la presentación</w:t>
            </w:r>
          </w:p>
        </w:tc>
        <w:tc>
          <w:tcPr>
            <w:tcW w:w="2835" w:type="dxa"/>
          </w:tcPr>
          <w:p w:rsidR="000641E1" w:rsidRPr="00A73A06" w:rsidRDefault="00B60314" w:rsidP="00F22455">
            <w:pPr>
              <w:spacing w:after="40"/>
              <w:jc w:val="center"/>
              <w:rPr>
                <w:rFonts w:ascii="Arial" w:hAnsi="Arial" w:cs="Arial"/>
                <w:b/>
                <w:color w:val="1F7A68"/>
                <w:sz w:val="22"/>
              </w:rPr>
            </w:pPr>
            <w:r w:rsidRPr="00A73A06">
              <w:rPr>
                <w:rFonts w:ascii="Arial" w:hAnsi="Arial" w:cs="Arial"/>
                <w:b/>
                <w:color w:val="1F7A68"/>
                <w:sz w:val="22"/>
              </w:rPr>
              <w:t>20/01/2027</w:t>
            </w:r>
          </w:p>
        </w:tc>
      </w:tr>
      <w:tr w:rsidR="000641E1" w:rsidRPr="00D66791">
        <w:tc>
          <w:tcPr>
            <w:tcW w:w="6576" w:type="dxa"/>
          </w:tcPr>
          <w:p w:rsidR="000641E1" w:rsidRPr="00F22455" w:rsidRDefault="001622AE" w:rsidP="001622AE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0D2004" w:rsidRPr="00F22455">
              <w:rPr>
                <w:rFonts w:ascii="Arial" w:hAnsi="Arial" w:cs="Arial"/>
                <w:b/>
                <w:sz w:val="20"/>
                <w:szCs w:val="20"/>
              </w:rPr>
              <w:t xml:space="preserve">xposición de comunicaciones </w:t>
            </w:r>
            <w:r w:rsidRPr="00F22455">
              <w:rPr>
                <w:rFonts w:ascii="Arial" w:hAnsi="Arial" w:cs="Arial"/>
                <w:b/>
                <w:sz w:val="20"/>
                <w:szCs w:val="20"/>
              </w:rPr>
              <w:t>durante la jornada.</w:t>
            </w:r>
          </w:p>
        </w:tc>
        <w:tc>
          <w:tcPr>
            <w:tcW w:w="2835" w:type="dxa"/>
          </w:tcPr>
          <w:p w:rsidR="000641E1" w:rsidRPr="00A73A06" w:rsidRDefault="000D2004" w:rsidP="00F22455">
            <w:pPr>
              <w:spacing w:after="40"/>
              <w:jc w:val="center"/>
              <w:rPr>
                <w:rFonts w:ascii="Arial" w:hAnsi="Arial" w:cs="Arial"/>
                <w:b/>
                <w:color w:val="1F7A68"/>
                <w:sz w:val="22"/>
              </w:rPr>
            </w:pPr>
            <w:r w:rsidRPr="00A73A06">
              <w:rPr>
                <w:rFonts w:ascii="Arial" w:hAnsi="Arial" w:cs="Arial"/>
                <w:b/>
                <w:color w:val="1F7A68"/>
                <w:sz w:val="22"/>
              </w:rPr>
              <w:t>28/01/2027 y 29/01/2027</w:t>
            </w:r>
          </w:p>
        </w:tc>
      </w:tr>
      <w:tr w:rsidR="000641E1" w:rsidRPr="00D66791">
        <w:tc>
          <w:tcPr>
            <w:tcW w:w="6576" w:type="dxa"/>
          </w:tcPr>
          <w:p w:rsidR="001622AE" w:rsidRPr="00F22455" w:rsidRDefault="000D2004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F22455">
              <w:rPr>
                <w:rFonts w:ascii="Arial" w:hAnsi="Arial" w:cs="Arial"/>
                <w:b/>
                <w:sz w:val="20"/>
                <w:szCs w:val="20"/>
              </w:rPr>
              <w:t xml:space="preserve">Comunicación del premio a la mejor comunicación </w:t>
            </w:r>
          </w:p>
          <w:p w:rsidR="000641E1" w:rsidRPr="00F22455" w:rsidRDefault="000D2004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F22455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1622AE" w:rsidRPr="00F22455">
              <w:rPr>
                <w:rFonts w:ascii="Arial" w:hAnsi="Arial" w:cs="Arial"/>
                <w:b/>
                <w:sz w:val="20"/>
                <w:szCs w:val="20"/>
              </w:rPr>
              <w:t>En el acto de clausura de la Jornada)</w:t>
            </w:r>
          </w:p>
        </w:tc>
        <w:tc>
          <w:tcPr>
            <w:tcW w:w="2835" w:type="dxa"/>
          </w:tcPr>
          <w:p w:rsidR="00EC3293" w:rsidRPr="00A73A06" w:rsidRDefault="00EC3293" w:rsidP="00F22455">
            <w:pPr>
              <w:spacing w:after="40"/>
              <w:jc w:val="center"/>
              <w:rPr>
                <w:rFonts w:ascii="Arial" w:hAnsi="Arial" w:cs="Arial"/>
                <w:b/>
                <w:color w:val="1F7A68"/>
                <w:sz w:val="22"/>
              </w:rPr>
            </w:pPr>
          </w:p>
          <w:p w:rsidR="000641E1" w:rsidRPr="00A73A06" w:rsidRDefault="000D2004" w:rsidP="00F22455">
            <w:pPr>
              <w:spacing w:after="40"/>
              <w:jc w:val="center"/>
              <w:rPr>
                <w:rFonts w:ascii="Arial" w:hAnsi="Arial" w:cs="Arial"/>
                <w:b/>
                <w:color w:val="1F7A68"/>
                <w:sz w:val="22"/>
              </w:rPr>
            </w:pPr>
            <w:r w:rsidRPr="00A73A06">
              <w:rPr>
                <w:rFonts w:ascii="Arial" w:hAnsi="Arial" w:cs="Arial"/>
                <w:b/>
                <w:color w:val="1F7A68"/>
                <w:sz w:val="22"/>
              </w:rPr>
              <w:t>29/01/2027</w:t>
            </w:r>
          </w:p>
        </w:tc>
      </w:tr>
    </w:tbl>
    <w:p w:rsidR="000641E1" w:rsidRPr="00A02EB8" w:rsidRDefault="000641E1">
      <w:pPr>
        <w:spacing w:after="40"/>
        <w:rPr>
          <w:rFonts w:ascii="Arial" w:hAnsi="Arial" w:cs="Arial"/>
          <w:sz w:val="22"/>
        </w:rPr>
      </w:pPr>
    </w:p>
    <w:p w:rsidR="00F22455" w:rsidRPr="00F22455" w:rsidRDefault="000D2004" w:rsidP="00F22455">
      <w:pPr>
        <w:pStyle w:val="Ttulo2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A02EB8">
        <w:rPr>
          <w:rFonts w:ascii="Arial" w:hAnsi="Arial" w:cs="Arial"/>
          <w:sz w:val="22"/>
          <w:szCs w:val="22"/>
        </w:rPr>
        <w:t>Resultado</w:t>
      </w:r>
      <w:r w:rsidRPr="00D66791">
        <w:rPr>
          <w:rFonts w:ascii="Arial" w:hAnsi="Arial" w:cs="Arial"/>
          <w:sz w:val="22"/>
          <w:szCs w:val="22"/>
        </w:rPr>
        <w:t xml:space="preserve"> de la </w:t>
      </w:r>
      <w:r w:rsidR="000A509A">
        <w:rPr>
          <w:rFonts w:ascii="Arial" w:hAnsi="Arial" w:cs="Arial"/>
          <w:sz w:val="22"/>
          <w:szCs w:val="22"/>
        </w:rPr>
        <w:t>evaluació</w:t>
      </w:r>
      <w:r w:rsidR="00A02EB8" w:rsidRPr="00D66791">
        <w:rPr>
          <w:rFonts w:ascii="Arial" w:hAnsi="Arial" w:cs="Arial"/>
          <w:sz w:val="22"/>
          <w:szCs w:val="22"/>
        </w:rPr>
        <w:t>n</w:t>
      </w:r>
    </w:p>
    <w:p w:rsidR="001622AE" w:rsidRPr="00D66791" w:rsidRDefault="000D2004" w:rsidP="00A02EB8">
      <w:pPr>
        <w:jc w:val="both"/>
        <w:rPr>
          <w:rFonts w:ascii="Arial" w:hAnsi="Arial" w:cs="Arial"/>
          <w:sz w:val="22"/>
        </w:rPr>
      </w:pPr>
      <w:r w:rsidRPr="00D66791">
        <w:rPr>
          <w:rFonts w:ascii="Arial" w:hAnsi="Arial" w:cs="Arial"/>
          <w:sz w:val="22"/>
        </w:rPr>
        <w:t xml:space="preserve">Cada </w:t>
      </w:r>
      <w:r w:rsidR="001622AE" w:rsidRPr="00D66791">
        <w:rPr>
          <w:rFonts w:ascii="Arial" w:hAnsi="Arial" w:cs="Arial"/>
          <w:sz w:val="22"/>
        </w:rPr>
        <w:t>comunicación es evalu</w:t>
      </w:r>
      <w:r w:rsidRPr="00D66791">
        <w:rPr>
          <w:rFonts w:ascii="Arial" w:hAnsi="Arial" w:cs="Arial"/>
          <w:sz w:val="22"/>
        </w:rPr>
        <w:t>a</w:t>
      </w:r>
      <w:r w:rsidR="001622AE" w:rsidRPr="00D66791">
        <w:rPr>
          <w:rFonts w:ascii="Arial" w:hAnsi="Arial" w:cs="Arial"/>
          <w:sz w:val="22"/>
        </w:rPr>
        <w:t>da</w:t>
      </w:r>
      <w:r w:rsidRPr="00D66791">
        <w:rPr>
          <w:rFonts w:ascii="Arial" w:hAnsi="Arial" w:cs="Arial"/>
          <w:sz w:val="22"/>
        </w:rPr>
        <w:t xml:space="preserve"> de</w:t>
      </w:r>
      <w:r w:rsidR="00230658" w:rsidRPr="00D66791">
        <w:rPr>
          <w:rFonts w:ascii="Arial" w:hAnsi="Arial" w:cs="Arial"/>
          <w:sz w:val="22"/>
        </w:rPr>
        <w:t xml:space="preserve"> forma ciega e independiente por </w:t>
      </w:r>
      <w:r w:rsidR="001622AE" w:rsidRPr="00D66791">
        <w:rPr>
          <w:rFonts w:ascii="Arial" w:hAnsi="Arial" w:cs="Arial"/>
          <w:sz w:val="22"/>
        </w:rPr>
        <w:t>dos evaluadores del comité científico y el resultado</w:t>
      </w:r>
      <w:r w:rsidR="00F22455">
        <w:rPr>
          <w:rFonts w:ascii="Arial" w:hAnsi="Arial" w:cs="Arial"/>
          <w:sz w:val="22"/>
        </w:rPr>
        <w:t xml:space="preserve"> de aceptación/rechazo</w:t>
      </w:r>
      <w:r w:rsidR="001622AE" w:rsidRPr="00D66791">
        <w:rPr>
          <w:rFonts w:ascii="Arial" w:hAnsi="Arial" w:cs="Arial"/>
          <w:sz w:val="22"/>
        </w:rPr>
        <w:t xml:space="preserve"> se enviará</w:t>
      </w:r>
      <w:r w:rsidRPr="00D66791">
        <w:rPr>
          <w:rFonts w:ascii="Arial" w:hAnsi="Arial" w:cs="Arial"/>
          <w:sz w:val="22"/>
        </w:rPr>
        <w:t xml:space="preserve"> por correo electrónico al autor/a de contacto</w:t>
      </w:r>
      <w:r w:rsidR="001622AE" w:rsidRPr="00D66791">
        <w:rPr>
          <w:rFonts w:ascii="Arial" w:hAnsi="Arial" w:cs="Arial"/>
          <w:sz w:val="22"/>
        </w:rPr>
        <w:t xml:space="preserve">. </w:t>
      </w:r>
    </w:p>
    <w:p w:rsidR="001622AE" w:rsidRPr="00D66791" w:rsidRDefault="001622AE" w:rsidP="00A02EB8">
      <w:pPr>
        <w:jc w:val="both"/>
        <w:rPr>
          <w:rFonts w:ascii="Arial" w:hAnsi="Arial" w:cs="Arial"/>
          <w:b/>
          <w:sz w:val="22"/>
        </w:rPr>
      </w:pPr>
      <w:r w:rsidRPr="00D66791">
        <w:rPr>
          <w:rFonts w:ascii="Arial" w:hAnsi="Arial" w:cs="Arial"/>
          <w:b/>
          <w:sz w:val="22"/>
        </w:rPr>
        <w:t xml:space="preserve">Criterios de evaluación. </w:t>
      </w:r>
    </w:p>
    <w:p w:rsidR="00D66791" w:rsidRPr="00D66791" w:rsidRDefault="00A73A06" w:rsidP="00A02EB8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Todas las comunicaciones serán evaluadas de forma numérica de cada uno</w:t>
      </w:r>
      <w:r w:rsidR="00F22455">
        <w:rPr>
          <w:rFonts w:ascii="Arial" w:hAnsi="Arial" w:cs="Arial"/>
          <w:sz w:val="22"/>
        </w:rPr>
        <w:t xml:space="preserve"> de los criterios de evaluación</w:t>
      </w:r>
      <w:r w:rsidR="00941741">
        <w:rPr>
          <w:rFonts w:ascii="Arial" w:hAnsi="Arial" w:cs="Arial"/>
          <w:sz w:val="22"/>
        </w:rPr>
        <w:t xml:space="preserve"> del 1-10. </w:t>
      </w:r>
      <w:r w:rsidR="00941741" w:rsidRPr="00941741">
        <w:rPr>
          <w:rFonts w:ascii="Arial" w:hAnsi="Arial" w:cs="Arial"/>
          <w:sz w:val="22"/>
        </w:rPr>
        <w:t>Se descartarán automáticamente las comunicaciones con una puntuación igual o inferior a 3 en todos los criterios</w:t>
      </w:r>
      <w:r w:rsidR="00D66791" w:rsidRPr="00D66791">
        <w:rPr>
          <w:rFonts w:ascii="Arial" w:hAnsi="Arial" w:cs="Arial"/>
          <w:sz w:val="22"/>
        </w:rPr>
        <w:t xml:space="preserve">. </w:t>
      </w:r>
    </w:p>
    <w:p w:rsidR="00D66791" w:rsidRPr="00D66791" w:rsidRDefault="001622AE" w:rsidP="00A02EB8">
      <w:pPr>
        <w:jc w:val="both"/>
        <w:rPr>
          <w:rFonts w:ascii="Arial" w:hAnsi="Arial" w:cs="Arial"/>
          <w:sz w:val="22"/>
        </w:rPr>
      </w:pPr>
      <w:r w:rsidRPr="00D66791">
        <w:rPr>
          <w:rFonts w:ascii="Arial" w:hAnsi="Arial" w:cs="Arial"/>
          <w:sz w:val="22"/>
        </w:rPr>
        <w:t>Los criterios de evaluación para las comunicaciones científicas son; interés, innovación, objetivos y metodolog</w:t>
      </w:r>
      <w:r w:rsidR="00A73A06">
        <w:rPr>
          <w:rFonts w:ascii="Arial" w:hAnsi="Arial" w:cs="Arial"/>
          <w:sz w:val="22"/>
        </w:rPr>
        <w:t xml:space="preserve">ía, resultados y </w:t>
      </w:r>
      <w:r w:rsidR="000A509A" w:rsidRPr="00D66791">
        <w:rPr>
          <w:rFonts w:ascii="Arial" w:hAnsi="Arial" w:cs="Arial"/>
          <w:sz w:val="22"/>
        </w:rPr>
        <w:t>conclusiones</w:t>
      </w:r>
      <w:r w:rsidR="00D66791" w:rsidRPr="00D66791">
        <w:rPr>
          <w:rFonts w:ascii="Arial" w:hAnsi="Arial" w:cs="Arial"/>
          <w:sz w:val="22"/>
        </w:rPr>
        <w:t xml:space="preserve"> y valoración global. </w:t>
      </w:r>
    </w:p>
    <w:p w:rsidR="00D66791" w:rsidRPr="00D66791" w:rsidRDefault="00D66791" w:rsidP="00A02EB8">
      <w:pPr>
        <w:jc w:val="both"/>
        <w:rPr>
          <w:rFonts w:ascii="Arial" w:hAnsi="Arial" w:cs="Arial"/>
          <w:sz w:val="22"/>
        </w:rPr>
      </w:pPr>
      <w:r w:rsidRPr="00D66791">
        <w:rPr>
          <w:rFonts w:ascii="Arial" w:hAnsi="Arial" w:cs="Arial"/>
          <w:sz w:val="22"/>
        </w:rPr>
        <w:t>Para comu</w:t>
      </w:r>
      <w:r w:rsidR="00A73A06">
        <w:rPr>
          <w:rFonts w:ascii="Arial" w:hAnsi="Arial" w:cs="Arial"/>
          <w:sz w:val="22"/>
        </w:rPr>
        <w:t>nicaciones de experiencias los</w:t>
      </w:r>
      <w:r w:rsidRPr="00D66791">
        <w:rPr>
          <w:rFonts w:ascii="Arial" w:hAnsi="Arial" w:cs="Arial"/>
          <w:sz w:val="22"/>
        </w:rPr>
        <w:t xml:space="preserve"> criterios son: innovación, intervención /actuación realizada, evaluación y resultados/ </w:t>
      </w:r>
      <w:r w:rsidR="00941741" w:rsidRPr="00D66791">
        <w:rPr>
          <w:rFonts w:ascii="Arial" w:hAnsi="Arial" w:cs="Arial"/>
          <w:sz w:val="22"/>
        </w:rPr>
        <w:t>aplicabilidad y</w:t>
      </w:r>
      <w:r w:rsidRPr="00D66791">
        <w:rPr>
          <w:rFonts w:ascii="Arial" w:hAnsi="Arial" w:cs="Arial"/>
          <w:sz w:val="22"/>
        </w:rPr>
        <w:t xml:space="preserve"> valoración global. </w:t>
      </w:r>
    </w:p>
    <w:p w:rsidR="000641E1" w:rsidRPr="00D66791" w:rsidRDefault="000D2004" w:rsidP="00A02EB8">
      <w:pPr>
        <w:jc w:val="both"/>
        <w:rPr>
          <w:rFonts w:ascii="Arial" w:hAnsi="Arial" w:cs="Arial"/>
          <w:sz w:val="22"/>
        </w:rPr>
      </w:pPr>
      <w:r w:rsidRPr="00D66791">
        <w:rPr>
          <w:rFonts w:ascii="Arial" w:hAnsi="Arial" w:cs="Arial"/>
          <w:b/>
          <w:sz w:val="22"/>
        </w:rPr>
        <w:t>Si la comunicación es aceptada</w:t>
      </w:r>
    </w:p>
    <w:p w:rsidR="000641E1" w:rsidRPr="00D66791" w:rsidRDefault="000D2004" w:rsidP="00A02EB8">
      <w:pPr>
        <w:pStyle w:val="Listaconvietas"/>
        <w:jc w:val="both"/>
        <w:rPr>
          <w:rFonts w:ascii="Arial" w:hAnsi="Arial" w:cs="Arial"/>
          <w:sz w:val="22"/>
        </w:rPr>
      </w:pPr>
      <w:r w:rsidRPr="00D66791">
        <w:rPr>
          <w:rFonts w:ascii="Arial" w:hAnsi="Arial" w:cs="Arial"/>
          <w:sz w:val="22"/>
        </w:rPr>
        <w:t xml:space="preserve">Recibirá un correo indicando </w:t>
      </w:r>
      <w:r w:rsidR="00F22455">
        <w:rPr>
          <w:rFonts w:ascii="Arial" w:hAnsi="Arial" w:cs="Arial"/>
          <w:sz w:val="22"/>
        </w:rPr>
        <w:t xml:space="preserve">que </w:t>
      </w:r>
      <w:r w:rsidR="001622AE" w:rsidRPr="00D66791">
        <w:rPr>
          <w:rFonts w:ascii="Arial" w:hAnsi="Arial" w:cs="Arial"/>
          <w:sz w:val="22"/>
        </w:rPr>
        <w:t xml:space="preserve">su </w:t>
      </w:r>
      <w:r w:rsidRPr="00D66791">
        <w:rPr>
          <w:rFonts w:ascii="Arial" w:hAnsi="Arial" w:cs="Arial"/>
          <w:sz w:val="22"/>
        </w:rPr>
        <w:t xml:space="preserve">presentación </w:t>
      </w:r>
      <w:r w:rsidR="001622AE" w:rsidRPr="00D66791">
        <w:rPr>
          <w:rFonts w:ascii="Arial" w:hAnsi="Arial" w:cs="Arial"/>
          <w:sz w:val="22"/>
        </w:rPr>
        <w:t xml:space="preserve">ha sido aceptada, con el formato aprobado de presentación, </w:t>
      </w:r>
      <w:r w:rsidRPr="00D66791">
        <w:rPr>
          <w:rFonts w:ascii="Arial" w:hAnsi="Arial" w:cs="Arial"/>
          <w:sz w:val="22"/>
        </w:rPr>
        <w:t>el tiempo de expos</w:t>
      </w:r>
      <w:r w:rsidR="00F22455">
        <w:rPr>
          <w:rFonts w:ascii="Arial" w:hAnsi="Arial" w:cs="Arial"/>
          <w:sz w:val="22"/>
        </w:rPr>
        <w:t>ición,</w:t>
      </w:r>
      <w:r w:rsidR="00A73A06">
        <w:rPr>
          <w:rFonts w:ascii="Arial" w:hAnsi="Arial" w:cs="Arial"/>
          <w:sz w:val="22"/>
        </w:rPr>
        <w:t xml:space="preserve"> el día/</w:t>
      </w:r>
      <w:r w:rsidR="00230658" w:rsidRPr="00D66791">
        <w:rPr>
          <w:rFonts w:ascii="Arial" w:hAnsi="Arial" w:cs="Arial"/>
          <w:sz w:val="22"/>
        </w:rPr>
        <w:t xml:space="preserve">hora y sala en la que deberá de hacer su exposición. </w:t>
      </w:r>
    </w:p>
    <w:p w:rsidR="001622AE" w:rsidRPr="00D66791" w:rsidRDefault="00230658" w:rsidP="00A02EB8">
      <w:pPr>
        <w:pStyle w:val="Listaconvietas"/>
        <w:jc w:val="both"/>
        <w:rPr>
          <w:rFonts w:ascii="Arial" w:hAnsi="Arial" w:cs="Arial"/>
          <w:sz w:val="22"/>
        </w:rPr>
      </w:pPr>
      <w:r w:rsidRPr="00D66791">
        <w:rPr>
          <w:rFonts w:ascii="Arial" w:hAnsi="Arial" w:cs="Arial"/>
          <w:sz w:val="22"/>
        </w:rPr>
        <w:t>A partir de ese momento podrá subir su</w:t>
      </w:r>
      <w:r w:rsidR="001622AE" w:rsidRPr="00D66791">
        <w:rPr>
          <w:rFonts w:ascii="Arial" w:hAnsi="Arial" w:cs="Arial"/>
          <w:sz w:val="22"/>
        </w:rPr>
        <w:t xml:space="preserve"> presentación en la aplicaci</w:t>
      </w:r>
      <w:r w:rsidR="00A73A06">
        <w:rPr>
          <w:rFonts w:ascii="Arial" w:hAnsi="Arial" w:cs="Arial"/>
          <w:sz w:val="22"/>
        </w:rPr>
        <w:t xml:space="preserve">ón instalada en la Web de </w:t>
      </w:r>
      <w:proofErr w:type="spellStart"/>
      <w:r w:rsidR="00A73A06">
        <w:rPr>
          <w:rFonts w:ascii="Arial" w:hAnsi="Arial" w:cs="Arial"/>
          <w:sz w:val="22"/>
        </w:rPr>
        <w:t>Calcam</w:t>
      </w:r>
      <w:proofErr w:type="spellEnd"/>
      <w:r w:rsidR="001622AE" w:rsidRPr="00D66791">
        <w:rPr>
          <w:rFonts w:ascii="Arial" w:hAnsi="Arial" w:cs="Arial"/>
          <w:sz w:val="22"/>
        </w:rPr>
        <w:t xml:space="preserve"> hasta el </w:t>
      </w:r>
      <w:r w:rsidR="001622AE" w:rsidRPr="00A73A06">
        <w:rPr>
          <w:rFonts w:ascii="Arial" w:hAnsi="Arial" w:cs="Arial"/>
          <w:b/>
          <w:color w:val="1F7A68"/>
          <w:sz w:val="22"/>
        </w:rPr>
        <w:t>20 de enero de 2027</w:t>
      </w:r>
      <w:r w:rsidR="00F22455" w:rsidRPr="00A73A06">
        <w:rPr>
          <w:rFonts w:ascii="Arial" w:hAnsi="Arial" w:cs="Arial"/>
          <w:b/>
          <w:color w:val="1F7A68"/>
          <w:sz w:val="22"/>
        </w:rPr>
        <w:t>.</w:t>
      </w:r>
    </w:p>
    <w:p w:rsidR="001622AE" w:rsidRPr="00D66791" w:rsidRDefault="001622AE" w:rsidP="00A02EB8">
      <w:pPr>
        <w:pStyle w:val="Listaconvietas"/>
        <w:numPr>
          <w:ilvl w:val="0"/>
          <w:numId w:val="0"/>
        </w:numPr>
        <w:jc w:val="both"/>
        <w:rPr>
          <w:rFonts w:ascii="Arial" w:hAnsi="Arial" w:cs="Arial"/>
          <w:sz w:val="22"/>
        </w:rPr>
      </w:pPr>
    </w:p>
    <w:p w:rsidR="000641E1" w:rsidRPr="00D66791" w:rsidRDefault="000D2004" w:rsidP="00A02EB8">
      <w:pPr>
        <w:pStyle w:val="Listaconvietas"/>
        <w:numPr>
          <w:ilvl w:val="0"/>
          <w:numId w:val="0"/>
        </w:numPr>
        <w:jc w:val="both"/>
        <w:rPr>
          <w:rFonts w:ascii="Arial" w:hAnsi="Arial" w:cs="Arial"/>
          <w:sz w:val="22"/>
        </w:rPr>
      </w:pPr>
      <w:r w:rsidRPr="00D66791">
        <w:rPr>
          <w:rFonts w:ascii="Arial" w:hAnsi="Arial" w:cs="Arial"/>
          <w:b/>
          <w:sz w:val="22"/>
        </w:rPr>
        <w:t>Si la comunicación no es aceptada</w:t>
      </w:r>
    </w:p>
    <w:p w:rsidR="00F22455" w:rsidRPr="00A73A06" w:rsidRDefault="000D2004" w:rsidP="00A73A06">
      <w:pPr>
        <w:pStyle w:val="Listaconvietas"/>
        <w:jc w:val="both"/>
        <w:rPr>
          <w:rFonts w:ascii="Arial" w:hAnsi="Arial" w:cs="Arial"/>
          <w:sz w:val="22"/>
        </w:rPr>
      </w:pPr>
      <w:r w:rsidRPr="00D66791">
        <w:rPr>
          <w:rFonts w:ascii="Arial" w:hAnsi="Arial" w:cs="Arial"/>
          <w:sz w:val="22"/>
        </w:rPr>
        <w:t>Recibirá un correo con la decisión de la organización.</w:t>
      </w:r>
    </w:p>
    <w:p w:rsidR="00230658" w:rsidRPr="00D66791" w:rsidRDefault="000D2004" w:rsidP="00A02EB8">
      <w:pPr>
        <w:jc w:val="both"/>
        <w:rPr>
          <w:rFonts w:ascii="Arial" w:hAnsi="Arial" w:cs="Arial"/>
          <w:sz w:val="22"/>
        </w:rPr>
      </w:pPr>
      <w:r w:rsidRPr="00D66791">
        <w:rPr>
          <w:rFonts w:ascii="Arial" w:hAnsi="Arial" w:cs="Arial"/>
          <w:sz w:val="22"/>
        </w:rPr>
        <w:t>Si no recibe ningún correo</w:t>
      </w:r>
      <w:r w:rsidR="00ED649D">
        <w:rPr>
          <w:rFonts w:ascii="Arial" w:hAnsi="Arial" w:cs="Arial"/>
          <w:sz w:val="22"/>
        </w:rPr>
        <w:t xml:space="preserve"> (ni de aceptación/rechazo)</w:t>
      </w:r>
      <w:r w:rsidRPr="00D66791">
        <w:rPr>
          <w:rFonts w:ascii="Arial" w:hAnsi="Arial" w:cs="Arial"/>
          <w:sz w:val="22"/>
        </w:rPr>
        <w:t>, revise la carpeta de spam y escriba a la organización indicando su número de registro.</w:t>
      </w:r>
      <w:r w:rsidR="00230658" w:rsidRPr="00D66791">
        <w:rPr>
          <w:rFonts w:ascii="Arial" w:hAnsi="Arial" w:cs="Arial"/>
          <w:sz w:val="22"/>
        </w:rPr>
        <w:t xml:space="preserve"> </w:t>
      </w:r>
    </w:p>
    <w:p w:rsidR="00F22455" w:rsidRPr="00F22455" w:rsidRDefault="000D2004" w:rsidP="00A02EB8">
      <w:pPr>
        <w:pStyle w:val="Ttulo2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D66791">
        <w:rPr>
          <w:rFonts w:ascii="Arial" w:hAnsi="Arial" w:cs="Arial"/>
          <w:sz w:val="22"/>
          <w:szCs w:val="22"/>
        </w:rPr>
        <w:t>Subida de la presentación</w:t>
      </w:r>
    </w:p>
    <w:p w:rsidR="00D66791" w:rsidRPr="00D66791" w:rsidRDefault="000D2004" w:rsidP="00A02EB8">
      <w:pPr>
        <w:jc w:val="both"/>
        <w:rPr>
          <w:rFonts w:ascii="Arial" w:hAnsi="Arial" w:cs="Arial"/>
          <w:sz w:val="22"/>
        </w:rPr>
      </w:pPr>
      <w:r w:rsidRPr="00D66791">
        <w:rPr>
          <w:rFonts w:ascii="Arial" w:hAnsi="Arial" w:cs="Arial"/>
          <w:sz w:val="22"/>
        </w:rPr>
        <w:t>Solo el autor/a de contacto de una comunicación acepta</w:t>
      </w:r>
      <w:r w:rsidR="00D66791" w:rsidRPr="00D66791">
        <w:rPr>
          <w:rFonts w:ascii="Arial" w:hAnsi="Arial" w:cs="Arial"/>
          <w:sz w:val="22"/>
        </w:rPr>
        <w:t xml:space="preserve">da puede subir la presentación. </w:t>
      </w:r>
    </w:p>
    <w:p w:rsidR="00D66791" w:rsidRDefault="00A73A06" w:rsidP="00A02EB8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El autor/a principal</w:t>
      </w:r>
      <w:r w:rsidR="00D66791" w:rsidRPr="00D66791">
        <w:rPr>
          <w:rFonts w:ascii="Arial" w:hAnsi="Arial" w:cs="Arial"/>
          <w:sz w:val="22"/>
        </w:rPr>
        <w:t xml:space="preserve"> o alguno de los coautores debe</w:t>
      </w:r>
      <w:r w:rsidR="00ED649D">
        <w:rPr>
          <w:rFonts w:ascii="Arial" w:hAnsi="Arial" w:cs="Arial"/>
          <w:sz w:val="22"/>
        </w:rPr>
        <w:t>n</w:t>
      </w:r>
      <w:r w:rsidR="00D66791" w:rsidRPr="00D66791">
        <w:rPr>
          <w:rFonts w:ascii="Arial" w:hAnsi="Arial" w:cs="Arial"/>
          <w:sz w:val="22"/>
        </w:rPr>
        <w:t xml:space="preserve"> estar inscrito</w:t>
      </w:r>
      <w:r w:rsidR="00ED649D">
        <w:rPr>
          <w:rFonts w:ascii="Arial" w:hAnsi="Arial" w:cs="Arial"/>
          <w:sz w:val="22"/>
        </w:rPr>
        <w:t>s</w:t>
      </w:r>
      <w:r w:rsidR="00D66791" w:rsidRPr="00D66791">
        <w:rPr>
          <w:rFonts w:ascii="Arial" w:hAnsi="Arial" w:cs="Arial"/>
          <w:sz w:val="22"/>
        </w:rPr>
        <w:t xml:space="preserve"> en las jornadas para hacer la d</w:t>
      </w:r>
      <w:r>
        <w:rPr>
          <w:rFonts w:ascii="Arial" w:hAnsi="Arial" w:cs="Arial"/>
          <w:sz w:val="22"/>
        </w:rPr>
        <w:t>efen</w:t>
      </w:r>
      <w:r w:rsidR="00ED649D">
        <w:rPr>
          <w:rFonts w:ascii="Arial" w:hAnsi="Arial" w:cs="Arial"/>
          <w:sz w:val="22"/>
        </w:rPr>
        <w:t>sa de la comunicación. S</w:t>
      </w:r>
      <w:r>
        <w:rPr>
          <w:rFonts w:ascii="Arial" w:hAnsi="Arial" w:cs="Arial"/>
          <w:sz w:val="22"/>
        </w:rPr>
        <w:t xml:space="preserve">i ninguno de los autores estuviera inscrito, </w:t>
      </w:r>
      <w:r w:rsidR="00D66791" w:rsidRPr="00D66791">
        <w:rPr>
          <w:rFonts w:ascii="Arial" w:hAnsi="Arial" w:cs="Arial"/>
          <w:sz w:val="22"/>
        </w:rPr>
        <w:t>la comunicación ser</w:t>
      </w:r>
      <w:r w:rsidR="00F22455">
        <w:rPr>
          <w:rFonts w:ascii="Arial" w:hAnsi="Arial" w:cs="Arial"/>
          <w:sz w:val="22"/>
        </w:rPr>
        <w:t xml:space="preserve">á rechazada. </w:t>
      </w:r>
    </w:p>
    <w:p w:rsidR="00ED649D" w:rsidRDefault="00ED649D" w:rsidP="00A02EB8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Para subir la comunicación: </w:t>
      </w:r>
    </w:p>
    <w:p w:rsidR="000641E1" w:rsidRPr="00D66791" w:rsidRDefault="000D2004" w:rsidP="00A02EB8">
      <w:pPr>
        <w:pStyle w:val="Listaconnmeros"/>
        <w:jc w:val="both"/>
        <w:rPr>
          <w:rFonts w:ascii="Arial" w:hAnsi="Arial" w:cs="Arial"/>
          <w:sz w:val="22"/>
        </w:rPr>
      </w:pPr>
      <w:r w:rsidRPr="00D66791">
        <w:rPr>
          <w:rFonts w:ascii="Arial" w:hAnsi="Arial" w:cs="Arial"/>
          <w:sz w:val="22"/>
        </w:rPr>
        <w:t xml:space="preserve">En la parte superior del portal, pulse </w:t>
      </w:r>
      <w:r w:rsidRPr="00D66791">
        <w:rPr>
          <w:rFonts w:ascii="Arial" w:hAnsi="Arial" w:cs="Arial"/>
          <w:b/>
          <w:sz w:val="22"/>
        </w:rPr>
        <w:t>Comunicaciones aceptadas</w:t>
      </w:r>
      <w:r w:rsidRPr="00D66791">
        <w:rPr>
          <w:rFonts w:ascii="Arial" w:hAnsi="Arial" w:cs="Arial"/>
          <w:sz w:val="22"/>
        </w:rPr>
        <w:t>.</w:t>
      </w:r>
    </w:p>
    <w:p w:rsidR="000641E1" w:rsidRPr="00D66791" w:rsidRDefault="000D2004" w:rsidP="00A02EB8">
      <w:pPr>
        <w:pStyle w:val="Listaconnmeros"/>
        <w:jc w:val="both"/>
        <w:rPr>
          <w:rFonts w:ascii="Arial" w:hAnsi="Arial" w:cs="Arial"/>
          <w:sz w:val="22"/>
        </w:rPr>
      </w:pPr>
      <w:r w:rsidRPr="00D66791">
        <w:rPr>
          <w:rFonts w:ascii="Arial" w:hAnsi="Arial" w:cs="Arial"/>
          <w:sz w:val="22"/>
        </w:rPr>
        <w:t xml:space="preserve">Identifíquese con el </w:t>
      </w:r>
      <w:r w:rsidRPr="00D66791">
        <w:rPr>
          <w:rFonts w:ascii="Arial" w:hAnsi="Arial" w:cs="Arial"/>
          <w:b/>
          <w:sz w:val="22"/>
        </w:rPr>
        <w:t>número de registro</w:t>
      </w:r>
      <w:r w:rsidRPr="00D66791">
        <w:rPr>
          <w:rFonts w:ascii="Arial" w:hAnsi="Arial" w:cs="Arial"/>
          <w:sz w:val="22"/>
        </w:rPr>
        <w:t xml:space="preserve"> de su comunicación y con el </w:t>
      </w:r>
      <w:r w:rsidRPr="00D66791">
        <w:rPr>
          <w:rFonts w:ascii="Arial" w:hAnsi="Arial" w:cs="Arial"/>
          <w:b/>
          <w:sz w:val="22"/>
        </w:rPr>
        <w:t>correo electrónico o el DNI/NIE</w:t>
      </w:r>
      <w:r w:rsidRPr="00D66791">
        <w:rPr>
          <w:rFonts w:ascii="Arial" w:hAnsi="Arial" w:cs="Arial"/>
          <w:sz w:val="22"/>
        </w:rPr>
        <w:t xml:space="preserve"> del autor/a de contacto, los mismos que usó al enviarla.</w:t>
      </w:r>
    </w:p>
    <w:p w:rsidR="000641E1" w:rsidRPr="00D66791" w:rsidRDefault="000D2004" w:rsidP="00A02EB8">
      <w:pPr>
        <w:pStyle w:val="Listaconnmeros"/>
        <w:jc w:val="both"/>
        <w:rPr>
          <w:rFonts w:ascii="Arial" w:hAnsi="Arial" w:cs="Arial"/>
          <w:sz w:val="22"/>
        </w:rPr>
      </w:pPr>
      <w:r w:rsidRPr="00D66791">
        <w:rPr>
          <w:rFonts w:ascii="Arial" w:hAnsi="Arial" w:cs="Arial"/>
          <w:sz w:val="22"/>
        </w:rPr>
        <w:t xml:space="preserve">Seleccione el </w:t>
      </w:r>
      <w:r w:rsidRPr="00D66791">
        <w:rPr>
          <w:rFonts w:ascii="Arial" w:hAnsi="Arial" w:cs="Arial"/>
          <w:b/>
          <w:sz w:val="22"/>
        </w:rPr>
        <w:t>día</w:t>
      </w:r>
      <w:r w:rsidRPr="00D66791">
        <w:rPr>
          <w:rFonts w:ascii="Arial" w:hAnsi="Arial" w:cs="Arial"/>
          <w:sz w:val="22"/>
        </w:rPr>
        <w:t xml:space="preserve">, la </w:t>
      </w:r>
      <w:r w:rsidRPr="00D66791">
        <w:rPr>
          <w:rFonts w:ascii="Arial" w:hAnsi="Arial" w:cs="Arial"/>
          <w:b/>
          <w:sz w:val="22"/>
        </w:rPr>
        <w:t>sala</w:t>
      </w:r>
      <w:r w:rsidRPr="00D66791">
        <w:rPr>
          <w:rFonts w:ascii="Arial" w:hAnsi="Arial" w:cs="Arial"/>
          <w:sz w:val="22"/>
        </w:rPr>
        <w:t xml:space="preserve"> y la </w:t>
      </w:r>
      <w:r w:rsidRPr="00D66791">
        <w:rPr>
          <w:rFonts w:ascii="Arial" w:hAnsi="Arial" w:cs="Arial"/>
          <w:b/>
          <w:sz w:val="22"/>
        </w:rPr>
        <w:t>hora</w:t>
      </w:r>
      <w:r w:rsidRPr="00D66791">
        <w:rPr>
          <w:rFonts w:ascii="Arial" w:hAnsi="Arial" w:cs="Arial"/>
          <w:sz w:val="22"/>
        </w:rPr>
        <w:t xml:space="preserve"> de su exposición, según lo que le ha comunicado la organización.</w:t>
      </w:r>
    </w:p>
    <w:p w:rsidR="000641E1" w:rsidRPr="00D66791" w:rsidRDefault="000D2004" w:rsidP="00A02EB8">
      <w:pPr>
        <w:pStyle w:val="Listaconnmeros"/>
        <w:jc w:val="both"/>
        <w:rPr>
          <w:rFonts w:ascii="Arial" w:hAnsi="Arial" w:cs="Arial"/>
          <w:sz w:val="22"/>
        </w:rPr>
      </w:pPr>
      <w:r w:rsidRPr="00D66791">
        <w:rPr>
          <w:rFonts w:ascii="Arial" w:hAnsi="Arial" w:cs="Arial"/>
          <w:sz w:val="22"/>
        </w:rPr>
        <w:t xml:space="preserve">Adjunte el archivo en </w:t>
      </w:r>
      <w:r w:rsidRPr="00D66791">
        <w:rPr>
          <w:rFonts w:ascii="Arial" w:hAnsi="Arial" w:cs="Arial"/>
          <w:b/>
          <w:sz w:val="22"/>
        </w:rPr>
        <w:t>PDF, PPT o PPTX</w:t>
      </w:r>
      <w:r w:rsidRPr="00D66791">
        <w:rPr>
          <w:rFonts w:ascii="Arial" w:hAnsi="Arial" w:cs="Arial"/>
          <w:sz w:val="22"/>
        </w:rPr>
        <w:t xml:space="preserve"> (máximo 40 MB) y pulse </w:t>
      </w:r>
      <w:r w:rsidRPr="00D66791">
        <w:rPr>
          <w:rFonts w:ascii="Arial" w:hAnsi="Arial" w:cs="Arial"/>
          <w:b/>
          <w:sz w:val="22"/>
        </w:rPr>
        <w:t>Enviar presentación</w:t>
      </w:r>
      <w:r w:rsidRPr="00D66791">
        <w:rPr>
          <w:rFonts w:ascii="Arial" w:hAnsi="Arial" w:cs="Arial"/>
          <w:sz w:val="22"/>
        </w:rPr>
        <w:t>.</w:t>
      </w:r>
    </w:p>
    <w:p w:rsidR="000641E1" w:rsidRPr="00D66791" w:rsidRDefault="000D2004" w:rsidP="00A02EB8">
      <w:pPr>
        <w:pStyle w:val="Listaconnmeros"/>
        <w:jc w:val="both"/>
        <w:rPr>
          <w:rFonts w:ascii="Arial" w:hAnsi="Arial" w:cs="Arial"/>
          <w:sz w:val="22"/>
        </w:rPr>
      </w:pPr>
      <w:r w:rsidRPr="00D66791">
        <w:rPr>
          <w:rFonts w:ascii="Arial" w:hAnsi="Arial" w:cs="Arial"/>
          <w:sz w:val="22"/>
        </w:rPr>
        <w:t>Aparecerá un mensaje de confirmación. Hasta el cierre del plazo puede volver a entrar con los mismos datos y sustituir el archivo.</w:t>
      </w:r>
    </w:p>
    <w:p w:rsidR="000641E1" w:rsidRPr="00D66791" w:rsidRDefault="000D2004" w:rsidP="00A02EB8">
      <w:pPr>
        <w:jc w:val="both"/>
        <w:rPr>
          <w:rFonts w:ascii="Arial" w:hAnsi="Arial" w:cs="Arial"/>
          <w:sz w:val="22"/>
        </w:rPr>
      </w:pPr>
      <w:r w:rsidRPr="00D66791">
        <w:rPr>
          <w:rFonts w:ascii="Arial" w:hAnsi="Arial" w:cs="Arial"/>
          <w:sz w:val="22"/>
        </w:rPr>
        <w:t>Si la aplicación indica que el envío no está abierto, que la comunicación no figura como aceptada o que los datos son incorrectos, compruebe el número de registro y el correo o DNI utilizados, y si el problema continúa escriba a la organización.</w:t>
      </w:r>
    </w:p>
    <w:p w:rsidR="00B5150D" w:rsidRDefault="00B5150D" w:rsidP="00A02EB8">
      <w:pPr>
        <w:pStyle w:val="Listaconnmeros"/>
        <w:numPr>
          <w:ilvl w:val="0"/>
          <w:numId w:val="0"/>
        </w:numPr>
        <w:jc w:val="both"/>
      </w:pPr>
    </w:p>
    <w:p w:rsidR="00F22455" w:rsidRPr="00B5150D" w:rsidRDefault="000D2004" w:rsidP="00A02EB8">
      <w:pPr>
        <w:pStyle w:val="Ttulo2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B5150D">
        <w:rPr>
          <w:rFonts w:ascii="Arial" w:hAnsi="Arial" w:cs="Arial"/>
          <w:sz w:val="22"/>
          <w:szCs w:val="22"/>
        </w:rPr>
        <w:t>Contacto</w:t>
      </w:r>
    </w:p>
    <w:p w:rsidR="00F22455" w:rsidRPr="00F22455" w:rsidRDefault="00F22455" w:rsidP="00A02EB8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Para cualquier incidencia o duda puede enviar un correo a: </w:t>
      </w:r>
      <w:hyperlink r:id="rId9" w:history="1">
        <w:r w:rsidRPr="00BD59F9">
          <w:rPr>
            <w:rStyle w:val="Hipervnculo"/>
            <w:rFonts w:ascii="Arial" w:hAnsi="Arial" w:cs="Arial"/>
            <w:b/>
            <w:sz w:val="22"/>
          </w:rPr>
          <w:t>comunicaciones.jornadacalidad@sescam.jccm.es</w:t>
        </w:r>
      </w:hyperlink>
      <w:r>
        <w:rPr>
          <w:rFonts w:ascii="Arial" w:hAnsi="Arial" w:cs="Arial"/>
          <w:b/>
          <w:sz w:val="22"/>
        </w:rPr>
        <w:t xml:space="preserve">, </w:t>
      </w:r>
      <w:r w:rsidRPr="00F22455">
        <w:rPr>
          <w:rFonts w:ascii="Arial" w:hAnsi="Arial" w:cs="Arial"/>
          <w:sz w:val="22"/>
        </w:rPr>
        <w:t xml:space="preserve">indicando el número de registro de su comunicación. </w:t>
      </w:r>
    </w:p>
    <w:p w:rsidR="000641E1" w:rsidRPr="00D66791" w:rsidRDefault="000641E1" w:rsidP="00A02EB8">
      <w:pPr>
        <w:jc w:val="both"/>
        <w:rPr>
          <w:rFonts w:ascii="Arial" w:hAnsi="Arial" w:cs="Arial"/>
          <w:sz w:val="22"/>
        </w:rPr>
      </w:pPr>
    </w:p>
    <w:sectPr w:rsidR="000641E1" w:rsidRPr="00D66791" w:rsidSect="00B60314">
      <w:headerReference w:type="default" r:id="rId10"/>
      <w:footerReference w:type="default" r:id="rId11"/>
      <w:pgSz w:w="11906" w:h="16838"/>
      <w:pgMar w:top="553" w:right="1133" w:bottom="1134" w:left="1247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E43" w:rsidRDefault="00D31E43" w:rsidP="00230658">
      <w:pPr>
        <w:spacing w:after="0" w:line="240" w:lineRule="auto"/>
      </w:pPr>
      <w:r>
        <w:separator/>
      </w:r>
    </w:p>
  </w:endnote>
  <w:endnote w:type="continuationSeparator" w:id="0">
    <w:p w:rsidR="00D31E43" w:rsidRDefault="00D31E43" w:rsidP="00230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0475029"/>
      <w:docPartObj>
        <w:docPartGallery w:val="Page Numbers (Bottom of Page)"/>
        <w:docPartUnique/>
      </w:docPartObj>
    </w:sdtPr>
    <w:sdtEndPr/>
    <w:sdtContent>
      <w:p w:rsidR="00A73A06" w:rsidRDefault="00A73A0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E50">
          <w:rPr>
            <w:noProof/>
          </w:rPr>
          <w:t>3</w:t>
        </w:r>
        <w:r>
          <w:fldChar w:fldCharType="end"/>
        </w:r>
      </w:p>
      <w:p w:rsidR="00A73A06" w:rsidRDefault="00A73A06">
        <w:pPr>
          <w:pStyle w:val="Piedepgina"/>
          <w:jc w:val="right"/>
        </w:pPr>
        <w:r>
          <w:t>Ed.1</w:t>
        </w:r>
      </w:p>
      <w:p w:rsidR="00A73A06" w:rsidRDefault="00A73A06">
        <w:pPr>
          <w:pStyle w:val="Piedepgina"/>
          <w:jc w:val="right"/>
        </w:pPr>
        <w:r>
          <w:t>Octubre 2026</w:t>
        </w:r>
      </w:p>
    </w:sdtContent>
  </w:sdt>
  <w:p w:rsidR="00A73A06" w:rsidRDefault="00A73A0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E43" w:rsidRDefault="00D31E43" w:rsidP="00230658">
      <w:pPr>
        <w:spacing w:after="0" w:line="240" w:lineRule="auto"/>
      </w:pPr>
      <w:r>
        <w:separator/>
      </w:r>
    </w:p>
  </w:footnote>
  <w:footnote w:type="continuationSeparator" w:id="0">
    <w:p w:rsidR="00D31E43" w:rsidRDefault="00D31E43" w:rsidP="00230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94" w:type="dxa"/>
      <w:tblInd w:w="-5" w:type="dxa"/>
      <w:tblLayout w:type="fixed"/>
      <w:tblLook w:val="0000" w:firstRow="0" w:lastRow="0" w:firstColumn="0" w:lastColumn="0" w:noHBand="0" w:noVBand="0"/>
    </w:tblPr>
    <w:tblGrid>
      <w:gridCol w:w="1985"/>
      <w:gridCol w:w="4961"/>
      <w:gridCol w:w="3148"/>
    </w:tblGrid>
    <w:tr w:rsidR="00A73A06" w:rsidTr="00A73A06">
      <w:trPr>
        <w:trHeight w:val="423"/>
      </w:trPr>
      <w:tc>
        <w:tcPr>
          <w:tcW w:w="1985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A73A06" w:rsidRDefault="00A73A06" w:rsidP="00B60314">
          <w:pPr>
            <w:snapToGrid w:val="0"/>
            <w:jc w:val="center"/>
          </w:pPr>
          <w:r>
            <w:rPr>
              <w:noProof/>
              <w:lang w:eastAsia="es-ES"/>
            </w:rPr>
            <w:drawing>
              <wp:anchor distT="0" distB="0" distL="114935" distR="114935" simplePos="0" relativeHeight="251665408" behindDoc="0" locked="0" layoutInCell="1" allowOverlap="1" wp14:anchorId="7D2DA157" wp14:editId="5A938BE7">
                <wp:simplePos x="0" y="0"/>
                <wp:positionH relativeFrom="column">
                  <wp:posOffset>32385</wp:posOffset>
                </wp:positionH>
                <wp:positionV relativeFrom="paragraph">
                  <wp:posOffset>28575</wp:posOffset>
                </wp:positionV>
                <wp:extent cx="979805" cy="417195"/>
                <wp:effectExtent l="0" t="0" r="0" b="1905"/>
                <wp:wrapNone/>
                <wp:docPr id="24" name="Imagen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19" t="-281" r="-119" b="-28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805" cy="4171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hyperlink r:id="rId2" w:history="1"/>
        </w:p>
      </w:tc>
      <w:tc>
        <w:tcPr>
          <w:tcW w:w="4961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A73A06" w:rsidRPr="006C5936" w:rsidRDefault="00A73A06" w:rsidP="00B60314">
          <w:pPr>
            <w:jc w:val="center"/>
            <w:rPr>
              <w:rFonts w:ascii="Arial" w:hAnsi="Arial" w:cs="Arial"/>
              <w:b/>
              <w:color w:val="002060"/>
              <w:sz w:val="22"/>
              <w:lang w:val="es-ES_tradnl"/>
            </w:rPr>
          </w:pPr>
          <w:r w:rsidRPr="006C5936">
            <w:rPr>
              <w:rFonts w:ascii="Arial" w:hAnsi="Arial" w:cs="Arial"/>
              <w:b/>
              <w:color w:val="002060"/>
              <w:sz w:val="22"/>
              <w:lang w:val="es-ES_tradnl"/>
            </w:rPr>
            <w:t xml:space="preserve">Guía de envío de comunicaciones para autores. </w:t>
          </w:r>
        </w:p>
      </w:tc>
      <w:tc>
        <w:tcPr>
          <w:tcW w:w="314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A73A06" w:rsidRPr="006C5936" w:rsidRDefault="00A73A06" w:rsidP="00B60314">
          <w:pPr>
            <w:rPr>
              <w:rFonts w:ascii="Arial" w:hAnsi="Arial" w:cs="Arial"/>
              <w:sz w:val="20"/>
              <w:szCs w:val="20"/>
            </w:rPr>
          </w:pPr>
          <w:r w:rsidRPr="006C5936">
            <w:rPr>
              <w:rFonts w:ascii="Arial" w:hAnsi="Arial" w:cs="Arial"/>
              <w:b/>
              <w:color w:val="002060"/>
              <w:sz w:val="20"/>
              <w:szCs w:val="20"/>
            </w:rPr>
            <w:t xml:space="preserve">CÓDIGO: </w:t>
          </w:r>
        </w:p>
      </w:tc>
    </w:tr>
    <w:tr w:rsidR="00A73A06" w:rsidTr="00A73A06">
      <w:trPr>
        <w:trHeight w:val="421"/>
      </w:trPr>
      <w:tc>
        <w:tcPr>
          <w:tcW w:w="1985" w:type="dxa"/>
          <w:vMerge/>
          <w:tcBorders>
            <w:left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A73A06" w:rsidRDefault="00A73A06" w:rsidP="00B60314">
          <w:pPr>
            <w:snapToGrid w:val="0"/>
            <w:jc w:val="center"/>
            <w:rPr>
              <w:rFonts w:ascii="Arial" w:hAnsi="Arial" w:cs="Arial"/>
              <w:b/>
              <w:color w:val="002060"/>
              <w:sz w:val="22"/>
            </w:rPr>
          </w:pPr>
        </w:p>
      </w:tc>
      <w:tc>
        <w:tcPr>
          <w:tcW w:w="4961" w:type="dxa"/>
          <w:vMerge/>
          <w:tcBorders>
            <w:left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A73A06" w:rsidRPr="006C5936" w:rsidRDefault="00A73A06" w:rsidP="00B60314">
          <w:pPr>
            <w:snapToGrid w:val="0"/>
            <w:jc w:val="both"/>
            <w:rPr>
              <w:rFonts w:ascii="Arial" w:hAnsi="Arial" w:cs="Arial"/>
              <w:b/>
              <w:color w:val="002060"/>
              <w:sz w:val="20"/>
              <w:szCs w:val="20"/>
            </w:rPr>
          </w:pPr>
        </w:p>
      </w:tc>
      <w:tc>
        <w:tcPr>
          <w:tcW w:w="314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A73A06" w:rsidRPr="006C5936" w:rsidRDefault="00A73A06" w:rsidP="00B60314">
          <w:pPr>
            <w:rPr>
              <w:rFonts w:ascii="Arial" w:hAnsi="Arial" w:cs="Arial"/>
              <w:sz w:val="20"/>
              <w:szCs w:val="20"/>
            </w:rPr>
          </w:pPr>
          <w:r w:rsidRPr="006C5936">
            <w:rPr>
              <w:rFonts w:ascii="Arial" w:hAnsi="Arial" w:cs="Arial"/>
              <w:b/>
              <w:color w:val="002060"/>
              <w:sz w:val="20"/>
              <w:szCs w:val="20"/>
            </w:rPr>
            <w:t>VERSIÓN: 01</w:t>
          </w:r>
        </w:p>
      </w:tc>
    </w:tr>
    <w:tr w:rsidR="00A73A06" w:rsidTr="00A73A06">
      <w:trPr>
        <w:trHeight w:val="421"/>
      </w:trPr>
      <w:tc>
        <w:tcPr>
          <w:tcW w:w="1985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A73A06" w:rsidRDefault="00A73A06" w:rsidP="00B60314">
          <w:pPr>
            <w:snapToGrid w:val="0"/>
            <w:jc w:val="center"/>
            <w:rPr>
              <w:rFonts w:ascii="Arial" w:hAnsi="Arial" w:cs="Arial"/>
              <w:b/>
              <w:color w:val="002060"/>
              <w:sz w:val="22"/>
            </w:rPr>
          </w:pPr>
        </w:p>
      </w:tc>
      <w:tc>
        <w:tcPr>
          <w:tcW w:w="4961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A73A06" w:rsidRPr="006C5936" w:rsidRDefault="00A73A06" w:rsidP="00B60314">
          <w:pPr>
            <w:snapToGrid w:val="0"/>
            <w:jc w:val="both"/>
            <w:rPr>
              <w:rFonts w:ascii="Arial" w:hAnsi="Arial" w:cs="Arial"/>
              <w:b/>
              <w:color w:val="002060"/>
              <w:sz w:val="20"/>
              <w:szCs w:val="20"/>
            </w:rPr>
          </w:pPr>
        </w:p>
      </w:tc>
      <w:tc>
        <w:tcPr>
          <w:tcW w:w="314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A73A06" w:rsidRPr="006C5936" w:rsidRDefault="00A73A06" w:rsidP="00B60314">
          <w:pPr>
            <w:rPr>
              <w:rFonts w:ascii="Arial" w:hAnsi="Arial" w:cs="Arial"/>
              <w:b/>
              <w:color w:val="002060"/>
              <w:sz w:val="20"/>
              <w:szCs w:val="20"/>
            </w:rPr>
          </w:pPr>
          <w:r w:rsidRPr="006C5936">
            <w:rPr>
              <w:rFonts w:ascii="Arial" w:hAnsi="Arial" w:cs="Arial"/>
              <w:b/>
              <w:color w:val="002060"/>
              <w:sz w:val="20"/>
              <w:szCs w:val="20"/>
            </w:rPr>
            <w:t>FECHA: Octubre 2026</w:t>
          </w:r>
        </w:p>
      </w:tc>
    </w:tr>
  </w:tbl>
  <w:p w:rsidR="00A73A06" w:rsidRDefault="00A73A0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4F636E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7834E0"/>
    <w:multiLevelType w:val="hybridMultilevel"/>
    <w:tmpl w:val="33D2648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FA2048"/>
    <w:multiLevelType w:val="hybridMultilevel"/>
    <w:tmpl w:val="1D7215C2"/>
    <w:lvl w:ilvl="0" w:tplc="6ACC8294">
      <w:start w:val="1"/>
      <w:numFmt w:val="bullet"/>
      <w:lvlText w:val="⁻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0D59FF"/>
    <w:multiLevelType w:val="hybridMultilevel"/>
    <w:tmpl w:val="875C4A5C"/>
    <w:lvl w:ilvl="0" w:tplc="6ACC8294">
      <w:start w:val="1"/>
      <w:numFmt w:val="bullet"/>
      <w:lvlText w:val="⁻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F8550B"/>
    <w:multiLevelType w:val="hybridMultilevel"/>
    <w:tmpl w:val="486CDE52"/>
    <w:lvl w:ilvl="0" w:tplc="6ACC8294">
      <w:start w:val="1"/>
      <w:numFmt w:val="bullet"/>
      <w:lvlText w:val="⁻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1E50"/>
    <w:rsid w:val="00034616"/>
    <w:rsid w:val="0006063C"/>
    <w:rsid w:val="000641E1"/>
    <w:rsid w:val="000A509A"/>
    <w:rsid w:val="000D2004"/>
    <w:rsid w:val="00106AD7"/>
    <w:rsid w:val="0015074B"/>
    <w:rsid w:val="001622AE"/>
    <w:rsid w:val="00230658"/>
    <w:rsid w:val="0029639D"/>
    <w:rsid w:val="00326F90"/>
    <w:rsid w:val="006C5936"/>
    <w:rsid w:val="00941741"/>
    <w:rsid w:val="00953AD0"/>
    <w:rsid w:val="00A02EB8"/>
    <w:rsid w:val="00A73A06"/>
    <w:rsid w:val="00AA1D8D"/>
    <w:rsid w:val="00B47730"/>
    <w:rsid w:val="00B5150D"/>
    <w:rsid w:val="00B60314"/>
    <w:rsid w:val="00BC0443"/>
    <w:rsid w:val="00CB0664"/>
    <w:rsid w:val="00D31E43"/>
    <w:rsid w:val="00D66791"/>
    <w:rsid w:val="00DB3834"/>
    <w:rsid w:val="00EC3293"/>
    <w:rsid w:val="00ED649D"/>
    <w:rsid w:val="00F22455"/>
    <w:rsid w:val="00F512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FA422B1"/>
  <w14:defaultImageDpi w14:val="300"/>
  <w15:docId w15:val="{14785DDE-AE97-4014-99B6-78CD87528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/>
    </w:pPr>
    <w:rPr>
      <w:rFonts w:ascii="Calibri" w:eastAsia="Calibri" w:hAnsi="Calibri"/>
      <w:sz w:val="21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E2F55"/>
      <w:sz w:val="4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80" w:after="0"/>
      <w:outlineLvl w:val="1"/>
    </w:pPr>
    <w:rPr>
      <w:rFonts w:asciiTheme="majorHAnsi" w:eastAsiaTheme="majorEastAsia" w:hAnsiTheme="majorHAnsi" w:cstheme="majorBidi"/>
      <w:b/>
      <w:bCs/>
      <w:color w:val="1F7A68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6C59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cam.e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municaciones.jornadacalidad@sescam.jccm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oogle.es/imgres?imgurl=http://www.conectad.es/wp-content/uploads/2015/03/Logo_SESCAM-1038x465.jpg&amp;imgrefurl=http://www.conectad.es/blog/blog-conectad/ugt-apoya-la-oferta-de-empleo-publico-del-sesacam-de-412-plazas/&amp;h=465&amp;w=1038&amp;tbnid=wVP-o5SIVn38BM:&amp;docid=WOtx20bLsFberM&amp;ei=NUOBVoslgdVo9byh8Ac&amp;tbm=isch&amp;ved=0ahUKEwjLk_6d3v7JAhWBKhoKHXVeCH4QMwhSKCQw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1E4DCF-EECD-418C-BA1B-F368B9D4A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851</Words>
  <Characters>4681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5521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Rubén Marin Sánchez</cp:lastModifiedBy>
  <cp:revision>6</cp:revision>
  <dcterms:created xsi:type="dcterms:W3CDTF">2026-10-06T06:56:00Z</dcterms:created>
  <dcterms:modified xsi:type="dcterms:W3CDTF">2026-10-21T13:03:00Z</dcterms:modified>
  <cp:category/>
</cp:coreProperties>
</file>